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4"/>
        </w:rPr>
        <w:t>Sermon — September 27, 2026</w:t>
      </w:r>
    </w:p>
    <w:p>
      <w:r>
        <w:rPr>
          <w:b/>
          <w:sz w:val="26"/>
        </w:rPr>
        <w:t>Reformed Distinctions of Evangelism, or Why We Don’t Like the E-Word “Evangelism” and What to Do About It</w:t>
      </w:r>
    </w:p>
    <w:p>
      <w:r>
        <w:rPr>
          <w:i/>
          <w:sz w:val="18"/>
        </w:rPr>
        <w:t>Minimally cleaned transcript — timestamps and obvious transcription artifacts removed. Spoken wording, repetitions, fillers, humor, and conversational phrasing are preserved.</w:t>
      </w:r>
    </w:p>
    <w:p>
      <w:r>
        <w:t>Okay, we have had a series on the great commission evangelism and couple weeks ago we talked about the great commission where Jesus sent his disciples and then he sent them off and then he left. Not very convenient. I don't know if it would been better. Well, either way, that's another story. But the week after that we talked about church planting which is an institutional expression of the great commission. How do we proclaim the gospel on an institutional level? Today the sermon title is called what is it called? It was a little long. Can you read it? Yes. reformed distinctions of evangelism or why we don't like the e-word evangelism and what to do about it. There are other churches in our world in our city that we might think do a better job at evangelism</w:t>
      </w:r>
    </w:p>
    <w:p>
      <w:r>
        <w:t>or it might be their thing and that's not our thing. Um well, first Jesus said go and he said that to everybody whether you're a Baptist or a Presbyterian. So we do need to do something with that. However, there are certain circumstances that our church, especially theological um premises that might influence the way that we feel comfortable as Presbyterians to evangelize. So I want to talk a little bit about those things. And of course, this is um one of them sermons that well, we'll see you, you know, we'll be here next week, too. So, don't make lunch reservations. No, just kidding. There's a whole lot here, and I'm just going to try to breeze through as much as possible. But I have four points, so we can count them. The first one though isn't actually theological, more it's social context.</w:t>
      </w:r>
    </w:p>
    <w:p>
      <w:r>
        <w:t>For about a hundred years, well actually two generations ago, a 100 years before that, American Protestant churches were what you thought of if you thought of the American church. If you were going to go to church in 1925, you were going to go to a Methodist church, a Presbyterian church, an Episcopal church, or a Lutheran church, maybe. Yes. But yes, that would be one of them. Yeah. But if you were to go to, let's say, a Catholic church, you were weird. And if you were going to go to, let's say, one of them fundamental churches, you're even weirder. the normal mainline, that's the term we use now, is was the American Protestant church. That's no longer the case. It's no longer the case. If you look in our culture and you think American church, you think megachurch. That's what</w:t>
      </w:r>
    </w:p>
    <w:p>
      <w:r>
        <w:t>you think. Which is I'm sure there's really big mainline churches that could be called a mega church. That yes, that's true. But mostly those are independent or um Baptist-ish churches, but they are the uh on the top of the spiritual influence of our country right now. And what that means is that two generations ago, simply coming to church and going through what it meant to be a Presbyterian was evangelism in itself. we had cultural tools that reached out to the community and people joined our community. Now, that's not the case. And that's just an interesting little note to think about. That doesn't mean that, oh, we've lost and we should just give up. No, it means we actually have to be intentional instead of some things happening</w:t>
      </w:r>
    </w:p>
    <w:p>
      <w:r>
        <w:t>automatically because our culture has shifted away from a mainline identity. That's just the facts.</w:t>
      </w:r>
    </w:p>
    <w:p>
      <w:r>
        <w:t>But here is first theological point now and and and with a little premise. Anything I say that that broadly is supposed to identify the reformed the a pre Protestant reformed Presbyterian stance theologically, someone is probably going to disagree with me. Can you imagine that? But uh here's the first one. God is sovereign in love. That is probably arguably one of the major foundations of the Presbyterian and reformed sense of theology. God is sovereign and in love. So what that means is God is in charge of everything and God loves you. That have you heard that before? You've heard that maybe you've heard that before. That's pretty solid major emphasis in reformed theology. What does that mean for evangelism?</w:t>
      </w:r>
    </w:p>
    <w:p>
      <w:r>
        <w:t>Well, one, it means God is in charge and God loves you. And that is a way of expressing the gospel in a way that um that might well that's good news. If you have gone anywhere, maybe maybe Chicago or other big cities or maybe even a small city and you seen somebody who has a big soap box actually I was in Lapeer and somebody had a microphone and a speaker and they were hollering at uh people um as they drove by the city hall and it said something about Jesus or something but I and I I was busy and I had a good song rolling. I didn't roll down the window to hear what he was saying. But you can imagine what he was saying, right? What do you think he was saying? Turn or burn. Yes, that would be the short thing. Yes. Which is a way of evangelizing, right? If you convince somebody that they are dead in their</w:t>
      </w:r>
    </w:p>
    <w:p>
      <w:r>
        <w:t>sins and that they are um in big trouble, they will turn to the goodness of God. That is a way of expressing the spiritual truths that are happening. And uh truths, yes, it's in scripture. That is one of the ways to look at it. However, if you believe that one of the primary emphases of theology is that God is in charge and that God loves you and the whole creation, there are other images that you can present as well that would be helpful and be more helpful to highlight that emphasis. For instance, I was lost and now I'm found. I was blind, but now I can see. Right? I was enslaved and now I'm free. I'm an orphan and now I have adoption papers. Yes. Um there's different pictures here, but the major emphasis about if God's in charge is that God does it.</w:t>
      </w:r>
    </w:p>
    <w:p>
      <w:r>
        <w:t>God is the one that heals us of our blindness. God is the one that frees us from our chains. God is the one that does these things. And so it's this picture of providing such a beautiful, wonderful, marvelous, overwhelming picture of the character that people are compelled overselling. Well, can you oversell God? No. But this goodness and this love, this is one of my takeaways. There are certainly lots of reformed folks that would try to convince you, yes, we we are sinners. Yes, we are. But once again, in the light of the goodness and the greatness and the mercy and the love of God, um I don't stand a chance. So yes, that's right. But the focus would be on the person of God. So the second point is about how all this works because you know we always want to know</w:t>
      </w:r>
    </w:p>
    <w:p>
      <w:r>
        <w:t>what exactly is going on when we have a conversion experience. What is exactly happening? And many times in other uh other churches with different theological emphases will say you got to make a choice. You have you have to choose. Well, if God is in charge of everything, you know, we we in Presbyterian worlds, we use this word predestination. That's probably way down on the list of theological priorities. But it is interesting to think if God's in charge, then it must be his goodness and his grace that allows us to make a decision. It's sure God God gives us free will because God loves us and wants us to make a choice to be with God. And so we would suggest that is the Holy Spirit who comes and</w:t>
      </w:r>
    </w:p>
    <w:p>
      <w:r>
        <w:t>and I've forgotten the word, there's a specific word for it, but rejuvenates, restitutes, resurrects our soul. Before that happens, we are unable to comprehend. Scripture says we are dead in our sins. And the Holy Spirit enliven us to be able to choose. That's another powerful moment. And there's a word here, a theological word that I'm I'm missing. It's one of them 75 cent words, but it is that God acts first. And what this does for us is that if we are to share this good news of who God is, it cuts the pressure. It is not that we go through the world putting notches in the binding of our Bibles of all the converts we have made. That's not what we do as Presbyterians. We don't collect lists of people who have made a decision. We don't uh have baptisms and just try to get that number</w:t>
      </w:r>
    </w:p>
    <w:p>
      <w:r>
        <w:t>as high as possible. No, all those things are good. They're not bad. But the point is, it's not us that does it. It is the Holy Spirit. We are not in charge of shoving ideology and information into somebody's mind so that they're convinced that this is the way they should live. No, that's the Holy Spirit's job. We are to be witnesses to the beauty, the goodness, the kindness, the mercy of God in such a way that people are drawn in to a relationship with Jesus. That's different.</w:t>
      </w:r>
    </w:p>
    <w:p>
      <w:r>
        <w:t>That's different than a heavy I'm going to convince you now. I am going to change your mind. Changed minds are important. That's not bad. But fundamentally, it's the Holy Spirit that changes our heart and allows us to accept and comprehend and experience the person of Jesus. Now, the last one is a thought might be a little challenging. And once again, we're talking about the theological emphasis. I don't want to knock anybody else's theology because chances are they got it from someplace, the same place I got my theology, the Bible. It's a pretty big book, and it's got different focuses, and we could argue until we're all blue in the face, and I don't think that's really helpful. These are emphases, not um not solid priorities that</w:t>
      </w:r>
    </w:p>
    <w:p>
      <w:r>
        <w:t>everybody has to follow. But the last one is especially in reformed thinking the end goal is a little different than per se uh some other uh other battalions in the Lord's army if you want to put it that way regiments. The end goal is not that I get to go to heaven and have an individual relationship with my savior. I mean, there is something there, but that's not the end goal. And the end and the end goal isn't that me and my friends get to go to heaven. No, we have a God that is remarkably big. God is bigger than us. And I'm sorry, you are all lovely people. You're all wonderful. But if I if we were the only ones that got into heaven, I don't think that'd be good enough for God. I don't think that'd be enough.</w:t>
      </w:r>
    </w:p>
    <w:p>
      <w:r>
        <w:t>And what I read in scripture is God wants everything. All of creation will be renewed. The end of Second Peter says there's going to be a there's going to be some judgment. There's going to be some things that'll change. There's going to be a new heaven and a new earth. this everything renewed. Can you imagine a place where everybody signaled to change lanes? Can you imagine that? Can you imagine that when you said something that you promised to do, you knew that you were going to do it and you wouldn't forget or feel guilty because you didn't do it or something better came up. No, you could actually keep your promises and others could keep their promises to you. Can you imagine a world where there's no sickness, there's no tears, and there's no death. Have you heard that before?</w:t>
      </w:r>
    </w:p>
    <w:p>
      <w:r>
        <w:t>Yes. That's in Revelation chapter 21. That is the end goal. It is not one little rolled taco. No, it's the whole enchilada. Everything is new. And so that means Presbyterians and reformed theologians, as we all are, believe it or not, tend to want to try to do things in this world to highlight what the world's going to be like in the future. You have heard it said that there's lots of things in the world that don't matter too much, but they matter. And yeah, they do. We as Presbyterians want to make the world a better place now. Not because there's not going to be somebody who's going to come to make the world better in the future. That that's true. But right now, because this world is not going to just be destroyed and</w:t>
      </w:r>
    </w:p>
    <w:p>
      <w:r>
        <w:t>we're just all going to go off to some other planet. No, here there's something worthwhile. There's something good. There's an opportunity to express what the Presbyterian Church says, exhibit the kingdom of God. And so we can do that by trying to feed the hungry, clothe the naked, by trying to visit people who are ill or in prison, all of those things, trying to be to bring about the kingdom of God here even as it is coming. This is an aspect of what could be called evangelism. Of course, it also could be called just service, being a neighbor in uh acting out in mercy and compassion. Yes, that's true. And sometimes we we just do good things and that's fine. And don't focus on the fact that no, we actually are living in to this kingdom that Jesus is bringing to us.</w:t>
      </w:r>
    </w:p>
    <w:p>
      <w:r>
        <w:t>But those are features of how our theology affects our evangelism. But I want to say one more thing in closing. And this is something that I've been thinking about a little bit. How of all these things, God is sovereign, the Holy Spirit is working and is the Holy Spirit's responsibility to bring people in. And if we are supposed to live into this idea of the kingdom, what does that look like on a day-to-day basis? How and and also if we look at how, you know, our particular brand of Christianity is not as influential in our culture as it once was, what do we do? Well, you some of you have heard this before already because I've shared it with some of you. Could it be that in the light of right now, what we should be doing as acts of evangelism that are most effective and</w:t>
      </w:r>
    </w:p>
    <w:p>
      <w:r>
        <w:t>touch those those theological points is preparing ourselves and exercising our souls and our emotional selves to be able to be with others in their suffering. That seems like a pretty big leap, doesn't it? But if we believe God is in charge of everything. Oh well then then suffering is will pass. It will and there will be meaning because God gives meaning to that. But we don't have to be scared of it either because God is in charge. It is one thing for you personally to suffer in what however way, but it is scary to try to figure out how to be with someone who is suffering. And I know and I'm sure you do too. It's sometimes easier not to call that friend. It's sometimes easier not to have that conversation.</w:t>
      </w:r>
    </w:p>
    <w:p>
      <w:r>
        <w:t>Just talk about the weather. It's sometimes easier to just ignore the fact that the world sucks right now and it hurts because we want to try to fix it because we don't want to have to dig up some of our own suffering. It's hard to be with people in their suffering. But if God is in charge of everything and if God loves us and everything and if the Holy Spirit is working in our lives in the other person's life and it's not our responsibility to fix anything just to be present and if we are supposed to experience the kingdom of God even as we hope for its coming could that be a way of doing that simply being with people and the answer I give you the answer. Yes, it is. And partly is because many of you do and already do that. You've done it. I know. I've seen you.</w:t>
      </w:r>
    </w:p>
    <w:p>
      <w:r>
        <w:t>I've I and I know even this week I've heard stories of how the people of God here in this church have loved each other and sat with each other and do that for their neighbors and for their community. Whoa. The funny thing about evangelism is when we love each other and love Jesus, we end up evangelizing. It isn't a side mission. It is a way of being faithful to Jesus. So friends, keep being faithful. Thanks for listening and God bless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