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Full Worship Service — September 27, 2026</w:t>
      </w:r>
    </w:p>
    <w:p>
      <w:r>
        <w:rPr>
          <w:i/>
          <w:sz w:val="18"/>
        </w:rPr>
        <w:t>Minimally cleaned transcript — timestamps, non-spoken audio markers, and obvious music-recognition artifacts removed. Spoken wording, repetitions, fillers, humor, and conversational phrasing are preserved.</w:t>
      </w:r>
    </w:p>
    <w:p>
      <w:r>
        <w:t>Good morning.</w:t>
      </w:r>
    </w:p>
    <w:p>
      <w:r>
        <w:t>Welcome all to here worshiping with us at Fenton Presbyterian Church. We welcome those who are online um on YouTube and Zoom and Facebook. We're glad that you're here. Please include any comments or prayer requests. We'd love to um include those in our worship. But today, our announcements. Uh first off, next week is CROP Walk October 4th and that is uh it's going to be a great day. my uh I will get to um I won't have to shampoo my beard because there's only eight registrations on the list and it was agreed that if we had 30 I would take a pie in the face so I am confident that won't happen. Um signups are in the fellowship hall. You should also note that on October 10th couple weekends from now is is the Senior Fiesta Luncheon. Previous years</w:t>
      </w:r>
    </w:p>
    <w:p>
      <w:r>
        <w:t>it's just been the senior luncheon. We have added the fiesta. So, uh, Senior Fiesta Luncheon, please um, look at that. If you've received a, um, an invitation, please RSV RSVP to the church office by October 5th and come hungry and ready for a fiesta. Sorry. Flowers. Flowers are next weekend. You can still get them now. Next. Okay, next weekend there will be another opportunity to uh get flowers um and uh and purchase them in order to support missions in our church. So that will be an opportunity next weekend. Uh there are lots of other opportunities to be involved in choir and bell choir in Bible studies and in grief uh support groups. Um so please take a look at</w:t>
      </w:r>
    </w:p>
    <w:p>
      <w:r>
        <w:t>that. Also, I should note though, a few dish cloths and aprons have been missing from the church kitchen. If you took any home to wash, thank you so much. We grateful that's how the system works, but please bring them back so that we can use them for our next events. Um, so if that's you, hey, uh, there's a little friendly reminder. If they're I'm glad you're not on a microphone. Oh, yes. So, the CROP Walk will be at Bush Park. There will be a walk to do. However, um the the distances vary as as um you know as your uh comfortability, but also you can rock as well. There'll be a number of rocking chairs that will count as as part of that. But yes, you can just show up to register.</w:t>
      </w:r>
    </w:p>
    <w:p>
      <w:r>
        <w:t>It's it yeah it it does not have to be a physical uh endeavor for you to be at Cropwalk. You can just just come and hang out. Yes, you do need to register though. That is the big task. Yes, we need 22. Uh that I don't know if you could register your animals. You'll have to show up and figure that out. But usually animals are well, yeah, they probably be uh probably be welcome. But for that, I have a question. A question. Uh oh. If you don't want to walk, but you still want to donate. Oh, you could donate until you're blue in the face. Yes. Yes. If you pre-register and then forget to come, that'd be another thing, too. But you registered. As long as you show up at the register.</w:t>
      </w:r>
    </w:p>
    <w:p>
      <w:r>
        <w:t>And you could There's rocking chairs. There's rocking chairs. Yes. All sorts of good stuff. With that, friends, let's stand and greet each other with the peace of Christ. Yes. And then I'm just going to do the confession and then go sit down. Robbie's going to have the rest of them. He's going to do the left, right? Yeah. So, I'll just do this one. Okay. Oh, you're gonna do this. Just the Yeah. One, two. Okay. Just got it. So, if I disappear, that's why. Okay. There's one more announcement. And there we go. If you are part of the select few that have volunteered to do a devotional for our Advent devotional for this year, they are due next week. So, whips a Kraken, write your Advent devotional. They're</w:t>
      </w:r>
    </w:p>
    <w:p>
      <w:r>
        <w:t>due next week. With that, let's stand and and uh participate in our call to worship. Good morning. Give ear, oh my people, to my teaching. Incline your ears to the words of my mouth. I will open my mouth in a parable. I will utter dark sayings from of old, things that we have heard and known that our ancestors have told us. We will not hide them from their children. We will tell the coming generation the glorious deeds of the Lord and his might and the wonders he has done. Let us pray. Oh God, we joyously come together to worship, realizing we need not summon you into our midst, for you are here. We need not call you into the secret places of our hearts, for you are there. We need our eyes of faith to be opened that</w:t>
      </w:r>
    </w:p>
    <w:p>
      <w:r>
        <w:t>we may see you, our ears to be unstopped that we may hear you. Our minds to be sensitive that we may know you, our hearts to be tender that we may receive you. Grant each one a blessing, O Lord, as each has need in the name of Jesus Christ our Lord. Amen.</w:t>
      </w:r>
    </w:p>
    <w:p>
      <w:r>
        <w:t>Our first hymn this morning is number 435 in the purple hymnal. There's a wideness in God's mercy. Please be seated. It's in our nature to hide our faults. We want to cover up the wrongdoings to those around us so that they'll only see the best, the smartest, the nicest parts of us. It's embarrassing that others know our shortcomings. As humiliating as it may be, we are assured that whoever conceals their sins does not prosper, but the one who confesses and renounce them finds mercy. Together, we'll make our faults known so that we might find mercy as we confess. Please join me together on the bold. God of compassion, you created the world through the communion of your love. But we prefer to be lonely gods living for ourselves. Our</w:t>
      </w:r>
    </w:p>
    <w:p>
      <w:r>
        <w:t>sin has misshapen the life you intend for us. We damage creation. We hurt one another. We ignore the ache of others. We beg you, free us from sin's grip with your prevailing love that we might be your witnesses, testifying to your eternal love in all we do. God of justice and mercy, forgive us. Amen.</w:t>
      </w:r>
    </w:p>
    <w:p>
      <w:r>
        <w:t>This is what the good news means. There is nothing that you can do to make God love you any less or anymore. There is nothing that you can do to make God love you less. You are beloved. You are forgiven. Amen.</w:t>
      </w:r>
    </w:p>
    <w:p>
      <w:r>
        <w:t>Let us pray. Holy one, fill our hearts and minds with your abiding peace. Quiet the busyness and anxieties that race in our minds by the power of your Holy Spirit. Speak as your word is proclaimed. Amen. The Old Testament lesson comes from the book of Ezekiel chapter 18 verses 25-32. Yet you say, "The way of the Lord is unfair." Hear now, O house of Israel, is my way unfair? Is it not your ways that are unfair? When the righteous turn away from their righteousness and commit iniquity, they shall die for it. For the iniquity that they have committed, they shall die again. When the wicked turn away from the wickedness they have committed and do what is lawful and right, they shall save their lives because they considered and turned away from all the transgressions that they had committed.</w:t>
      </w:r>
    </w:p>
    <w:p>
      <w:r>
        <w:t>They shall surely live. They shall not die. Yet the house of Israel says, "The way of the Lord is unfair." Oh house of Israel, are my ways unfair? Is it not your ways that are unfair? Therefore, I will judge you, oh house of Israel, all of you, according to your ways, says the Lord God. Repent and turn away from all your transgressions. Otherwise, iniquity will be your ruin. Cast away from you all the transgressions that you have committed against me, and get yourselves a new heart and a new spirit. Why will you die, oh house of Israel? For I have no pleasure in the death of anyone, says the Lord God. Turn then and live. New Testament lesson is from Romans 1:16-17</w:t>
      </w:r>
    </w:p>
    <w:p>
      <w:r>
        <w:t>For I am not ashamed of the gospel. It is God's saving power for everyone who believes for the Jew first and also for the Greek. For in it the righteousness of God is revealed through faith for faith. As it is written, the one who is righteous will live by faith. It's little ones. So, pardon. I invite you to bow your heads. And dear Lord, we pray for the children in our lives. Some of them are our children. Some of them are grown adults, but they're still our children. And we pray for them. Some of them are college students. Some of them are making their way in the world. Some of them are children that have grown up in this church that we have taken vows to help lead and guide and they are off at school. They are in other places. They are different parts</w:t>
      </w:r>
    </w:p>
    <w:p>
      <w:r>
        <w:t>of their lives. Lord, we remember all these. And we ask your blessing. We ask that you would become real to them more and more every day. and the lifegiving vitality that your spirit provides. We pray for that. We also pray for grandkids and great grandkids. We are grateful for those blessings and we pray for them. They're at school. They are living life. They are experiencing things that we find might be hard to understand because of generation gaps and those sorts of things, new technologies and opportunities, but we pray that you would guide them and bless them. Also, we pray for healing and protection as well because we know life is not safe even when</w:t>
      </w:r>
    </w:p>
    <w:p>
      <w:r>
        <w:t>you're young. You might feel invincible, but you're not. We pray for your healing, for your protection, and for your guidance. We lift all these kids up, whether we're related by blood or if we simply live in the neighborhood. And we pray your blessing. And all God's people said, "Amen." Okay, we have have had a series on the Great Commission evangelism and couple weeks ago we talked about the Great Commission where Jesus sent his disciples and then he sent them off and then he left. Not very convenient. I don't know if it would been better. Well, either way, that's another story. But the week after that we talked about church planting which is an institutional expression of the Great Commission. How do we proclaim the gospel on an institutional level?</w:t>
      </w:r>
    </w:p>
    <w:p>
      <w:r>
        <w:t>Today the sermon title is called what is it called? It was a little long. Can you read it? Yes. reformed distinctions of evangelism or why we don't like the e-word evangelism and what to do about it. There are other churches in our world in our city that we might think do a better job at evangelism or it might be their thing and that's not our thing. Um well, first Jesus said go and he said that to everybody whether you're a Baptist or a Presbyterian. So we do need to do something with that. However, there are certain circumstances that our church, especially theological um premises that might influence the way that we feel comfortable as Presbyterians to evangelize. So I want to talk a little bit about those things.</w:t>
      </w:r>
    </w:p>
    <w:p>
      <w:r>
        <w:t>And of course, this is um one of them sermons that well, we'll see you, you know, we'll be here next week, too. So, don't make lunch reservations. No, just kidding. There's a whole lot here, and I'm just going to try to breeze through as much as possible. But I have four points, so we can count them. The first one though isn't actually theological, more it's social context. For about a hundred years, well actually two generations ago, a 100 years before that, American Protestant churches were what you thought of if you thought of the American church. If you were going to go to church in 1925, you were going to go to a Methodist church, a Presbyterian</w:t>
      </w:r>
    </w:p>
    <w:p>
      <w:r>
        <w:t>church, an Episcopal church, or a Lutheran church, maybe. Yes. But yes, that would be one of them. Yeah. But if you were to go to, let's say, a Catholic church, you were weird. And if you were going to go to, let's say, one of them fundamental churches, you're even weirder. the normal mainline, that's the term we use now, is was the American Protestant church. That's no longer the case. It's no longer the case. If you look in our culture and you think American church, you think megachurch. That's what you think. Which is I'm sure there's really big mainline churches that could be called a mega church. That yes, that's true. But mostly those are</w:t>
      </w:r>
    </w:p>
    <w:p>
      <w:r>
        <w:t>independent or um Baptist-ish churches, but they are the uh on the top of the spiritual influence of our country right now. And what that means is that two generations ago, simply coming to church and going through what it meant to be a Presbyterian was evangelism in itself. we had cultural tools that reached out to the community and people joined our community. Now, that's not the case. And that's just an interesting little note to think about. That doesn't mean that, oh, we've lost and we should just give up. No, it means we actually have to be intentional instead of some things happening automatically because our culture has shifted away from a mainline identity.</w:t>
      </w:r>
    </w:p>
    <w:p>
      <w:r>
        <w:t>That's just the facts. But here is first theological point now and and and with a little premise. Anything I say that that broadly is supposed to identify the reformed the a pre Protestant reformed Presbyterian stance theologically, someone is probably going to disagree with me. Can you imagine that? But uh here's the first one. God is sovereign in love. That is probably arguably one of the major foundations of the Presbyterian and reformed sense of theology. God is sovereign and in love. So what that means is God is in charge of everything and God loves you. That have you heard that before? You've heard that maybe you've heard that before. That's pretty solid major</w:t>
      </w:r>
    </w:p>
    <w:p>
      <w:r>
        <w:t>emphasis in reformed theology. What does that mean for evangelism? Well, one, it means God is in charge and God loves you. And that is a way of expressing the gospel in a way that um that might well that's good news. If you have gone anywhere, maybe maybe Chicago or other big cities or maybe even a small city and you seen somebody who has a big soap box actually I was in Lapeer and somebody had a microphone and a speaker and they were hollering at uh people um as they drove by the city hall and it said something about Jesus or something but I and I I was busy and I had a good song rolling. I didn't roll down the window to hear what he was saying.</w:t>
      </w:r>
    </w:p>
    <w:p>
      <w:r>
        <w:t>But you can imagine what he was saying, right? What do you think he was saying? Turn or burn. Yes, that would be the short thing. Yes. Which is a way of evangelizing, right? If you convince somebody that they are dead in their sins and that they are um in big trouble, they will turn to the goodness of God. That is a way of expressing the spiritual truths that are happening. And uh truths, yes, it's in scripture. That is one of the ways to look at it. However, if you believe that one of the primary emphases of theology is that God is in charge and that God loves you and the whole creation, there are other images that you can present as well that would</w:t>
      </w:r>
    </w:p>
    <w:p>
      <w:r>
        <w:t>be helpful and be more helpful to highlight that emphasis. For instance, I was lost and now I'm found. I was blind, but now I can see. Right? I was enslaved and now I'm free. I'm an orphan and now I have adoption papers. Yes. Um there's different pictures here, but the major emphasis about if God's in charge is that God does it. God is the one that heals us of our blindness. God is the one that frees us from our chains. God is the one that does these things. And so it's this picture of providing such a beautiful, wonderful, marvelous, overwhelming picture of the charact that people are compelled overselling. Well, can you oversell God? No. But this goodness and this love, this is one of my takeaways. There are</w:t>
      </w:r>
    </w:p>
    <w:p>
      <w:r>
        <w:t>certainly lots of reformed folks that would try to convince you, yes, we we are sinners. Yes, we are. But once again, in the light of the goodness and the greatness and the mercy and the love of God, um I don't stand a chance. So yes, that's right. But the focus would be on the person of God. So the second point is about how all this works because you know we always want to know what exactly is going on when we have a conversion experience. What is exactly happening? And many times in other uh other churches with different theological emphases will say you got to make a choice. You have you have to choose. Well, if God is in charge of everything, you know, we we in Presbyterian worlds, we use this word predestination. That's</w:t>
      </w:r>
    </w:p>
    <w:p>
      <w:r>
        <w:t>probably way down on the list of theological priorities. But it is interesting to think if God's in charge, then it must be his goodness and his grace that allows us to make a decision. It's sure God God gives us free will because God loves us and wants us to make a choice to be with God. And so we would suggest that is the Holy Spirit who comes and and I've forgotten the word, there's a specific word for it, but rejuvenates, restitutes, resurrects our soul. Before that happens, we are unable to comprehend. Scripture says we are dead in our sins. And the Holy Spirit enliven us to be able to choose. That's another powerful moment. And there's a word here, a theological word that I'm I'm missing. It's one of them</w:t>
      </w:r>
    </w:p>
    <w:p>
      <w:r>
        <w:t>75 cent words, but it is that God acts first. And what this does for us is that if we are to share this good news of who God is, it cuts the pressure. It is not that we go through the world putting notches in the binding of our Bibles of all the converts we have made. That's not what we do as Presbyterians. We don't collect list of people who have made a decision. We don't uh have baptisms and just try to get that number as high as possible. No, all those things are good. They're not bad. But the point is, it's not us that does it. It is the Holy Spirit. We are not in charge of shoving ideology and information into somebody's mind so that they're convinced that this is the way they should live. No, that's the Holy Spirit's job.</w:t>
      </w:r>
    </w:p>
    <w:p>
      <w:r>
        <w:t>We are to be witnesses to the beauty, the goodness, the kindness, the mercy of God in such a way that people are drawn in to a relationship with Jesus. That's different. That's different than a heavy I'm going to convince you now. I am going to change your mind. Changed minds are important. That's not bad. But fundamentally, it's the Holy Spirit that changes our heart and ex allows us to accept and comprehend and experience the person of Jesus. Now, the last one is a thought might be a little challenging. And once again, we're talking about the theological emphasis. I don't want to knock anybody else's theology because chances are they got it from someplace, the same place I got my theology, the Bible. It's a pretty big</w:t>
      </w:r>
    </w:p>
    <w:p>
      <w:r>
        <w:t>book, and it's got different focuses, and we could argue until we're all blue in the face, and I don't think that's really helpful. These are emphases, not um not solid priorities that everybody has to follow. But the last one is especially in reformed thinking the end goal is a little different than per se uh some other uh other battalions in the Lord's army if you want to put it that way regiments. The end goal is not that I get to go to heaven and have an individual relationship with my savior. I mean, there is something there, but that's not the end goal. And the end and the end goal isn't that me and my friends get to go to heaven. No, we have a God that is remarkably big.</w:t>
      </w:r>
    </w:p>
    <w:p>
      <w:r>
        <w:t>God is bigger than us. And I'm sorry, you are all lovely people. You're all wonderful. But if I if we were the only ones that got into heaven, I don't think that'd be good enough for God. I don't think that'd be enough. And what I read in scripture is God wants everything. All of creation will be renewed. The end of Second Peter says there's going to be a there's going to be some judgment. There's going to be some things that'll change. There's going to be a new heaven and a new earth. this everything renewed. Can you imagine a place where everybody signaled to change lanes? Can you imagine that? Can you imagine that when you said something that you promised to do, you knew that you were going to do it and</w:t>
      </w:r>
    </w:p>
    <w:p>
      <w:r>
        <w:t>you wouldn't forget or feel guilty because you didn't do it or something better came up. No, you could actually keep your promises and others could keep their promises to you. Can you imagine a world where there's no sickness, there's no tears, and there's no death. Have you heard that before? Yes. That's in Revelation chapter 21. That is the end goal. It is not one little rolled taco. No, it's the whole enchilada. Everything is new. And so that means Presbyterians and reformed theologians, as we all are, believe it or not, tend to want to try to do things in this world to highlight what the world's going to be like in the future. You have heard it said that there's lots of things in the world that don't matter too much, but they matter. And yeah, they do. We as Presbyterians want to make the world a better place now.</w:t>
      </w:r>
    </w:p>
    <w:p>
      <w:r>
        <w:t>Not because there's not going to be somebody who's going to come to make the world better in the future. That that's true. But right now, because this world is not going to just be destroyed and we're just all going to go off to some other planet. No, here there's something worthwhile. There's something good. There's an opportunity to express what the Presbyterian Church says, exhibit the kingdom of God. And so we can do that by trying to feed the hungry, clothe the naked, by trying to visit people who are ill or in prison, all of those things, trying to be to bring about the kingdom of God here even as it is coming. This is an aspect of what could be called evangelism. Of course, it also could be called just</w:t>
      </w:r>
    </w:p>
    <w:p>
      <w:r>
        <w:t>service, being a neighbor in uh acting out in mercy and compassion. Yes, that's true. And sometimes we we just do good things and that's fine. And don't focus on the fact that no, we actually are living in to this kingdom that Jesus is bringing to us. But those are features of how our theology affects our evangelism. But I want to say one more thing in closing. And this is something that I've been thinking about a little bit. How of all these things, God is sovereign, the Holy Spirit is working and is the Holy Spirit's responsibility to bring people in. And if we are supposed to live into this idea of the kingdom, what does that look like on a day-to-day basis?</w:t>
      </w:r>
    </w:p>
    <w:p>
      <w:r>
        <w:t>How and and also if we look at how, you know, our particular brand of Christianity is not as influential in our culture as it once was, what do we do? Well, you some of you have heard this before already because I've shared it with some of you. Could it be that in the light of right now, what we should be doing as acts of evangelism that are most effective and touch those those theological points is preparing ourselves and exercising our souls and our emotional selves to be able to be with others in their suffering. That seems like a pretty big leap, doesn't it? But if we believe God is in charge of everything. Oh well then then suffering is will pass. It will and there will be</w:t>
      </w:r>
    </w:p>
    <w:p>
      <w:r>
        <w:t>meaning because God gives meaning to that. But we don't have to be scared of it either because God is in charge. It is one thing for you personally to suffer in what however way, but it is scary to try to figure out how to be with someone who is suffering. And I know and I'm sure you do too. It's sometimes easier not to call that friend. It's sometimes easier not to have that conversation. Just talk about the weather. It's sometimes easier to just ignore the fact that the world sucks right now and it hurts because we want to try to fix it because we don't want to have to dig up some of our own suffering. It's hard to be with people in their suffering.</w:t>
      </w:r>
    </w:p>
    <w:p>
      <w:r>
        <w:t>But if God is in charge of everything and if God loves us and everything and if the Holy Spirit is working in our lives in the other person's life and it's not our responsibility to fix anything just to be present and if we are supposed to experience the kingdom of God even as we hope for its coming could that be a way of doing that simply being with people and the answer I give you the answer. Yes, it is. And partly is because many of you do and already do that. You've done it. I know. I've seen you. I've I and I know even this week I've heard stories of how the people of God here in this church have loved each other and sat with each other and do that for their neighbors and for their community.</w:t>
      </w:r>
    </w:p>
    <w:p>
      <w:r>
        <w:t>Whoa. The funny thing about evangelism is when we love each other and love Jesus, we end up evangelizing. It isn't a side mission. It is a way of being faithful to Jesus. So friends, keep being faithful. Thanks for listening and God bless you.</w:t>
      </w:r>
    </w:p>
    <w:p>
      <w:r>
        <w:t>invite you now to stand to sing our hymn number 462. I love to tell the story. Please be seated. Let us pray. Dear God, receive our offering. And I just have to check something here. Okay. Psalm 116 says, "What shall I return to the Lord for all his bounty to me? I will give what I have promised in the presence of all God's people." Let us give what we have promised to give and how God is calling us to give. If you would like a written prayer request, joy or thanksgiving included in our prayers today, please indicate that on a pew slip and an usher will collect them. Let us pray. Dear God, receive our offering. Guide those who use it that it may help to</w:t>
      </w:r>
    </w:p>
    <w:p>
      <w:r>
        <w:t>bring fullness of life to those who live in need and long for our care. Amen.</w:t>
      </w:r>
    </w:p>
    <w:p>
      <w:r>
        <w:t>Will the ushers please come forward? Jesus. Praise God. is praise praise. Please be seated.</w:t>
      </w:r>
    </w:p>
    <w:p>
      <w:r>
        <w:t>We have a few prayer requests here. Is this working? Should be. Okay. Um Debbie Vanderlip asked us to pray for Michael and his family as they wait for test results. Uh please pray uh for Drew and Dan, passing of our good friend Lynn Stinson. We uh ask that you pray for her family and friends. It's been unexpected passing. and it's been hard for all of us. Please pray for Linda Miller for numerous tests on Wednesday before heart surgery in October. Please pray for Esther Winder, uh the healing uh she took a fall this past week. Please pray for Kayn Gford, Mike and Julie Housar's grandson. Play pray for healing. Please also pray for uh Jennifer Hall, who will be meeting with a back and spine specialist tomorrow.</w:t>
      </w:r>
    </w:p>
    <w:p>
      <w:r>
        <w:t>Keep Ellen Horton in your prayers. She is home, but she continues the process of healing. Also, uh keep Joe Beardsley in your prayers as uh she is in the hospital. Um as well as Jim Savage. Friends, uh let's bow our heads. Dear God, you are sovereign in love. You know all things. You made all things and you love all things and that is a marvelous thing hard to understand. But you have made our bodies and you know the weaknesses and the strengths of them and their limitations. And we do pray for all of these. We pray for those who need healing. We pray for those who need patience. Lord, we pray for those who need courage as undergoing procedures is difficult and scary and painful.</w:t>
      </w:r>
    </w:p>
    <w:p>
      <w:r>
        <w:t>Lord, we pray for those who are in pain that they might be comforted. Dear God, we pray for those who are mourning and we know that the loss of a loved one is not a simple matter to simply process and get through. So we pray for the intense pain now. And we pray that your spirit would be with them, those who mourn in the months, days, months, and years to come. because we know that that grief is unique and difficult as well. Lord, we pray for our world for those who are experiencing national natural disasters and are suffering loss because of that. We think of Nepal and Tibet. We think of hurricane warnings in Asia and the Pacific around the Pacific Ocean.</w:t>
      </w:r>
    </w:p>
    <w:p>
      <w:r>
        <w:t>Dear God, we think of the nor easter storm on the east coast. We pray for your protection, for your goodness, and your care. Lord, we pray for our communities, our neighborhoods. We pray for our country and our world. And we do this because we know that you are a big God, maker of all things, and that you know, comprehend, and care so much more than we can. Continue moving your creation according to your will. to that moment when all things all things will be done and all things will begin again in your goodness and your grace. Lord, we thank you for that one unique marvelous example of your love for us, sending your son to come and die for us.</w:t>
      </w:r>
    </w:p>
    <w:p>
      <w:r>
        <w:t>There is no better example of your grace and your love. There is no clearer picture of our salvation. We thank you for the work that you've done on the cross, dear Jesus, and we are grateful for that. And so we lift our voices together. The prayer that you taught your disciples to pray. Our Father, who art in heaven, be thy name. Thy kingdom come, thy will be done on earth as it is in heaven. Give us this day our daily bread, and forgive us our debts as we forgive our debtors, and lead us not to temptation, but deliver us from evil. For thy is the kingdom, and the power, and the glory forever. Amen.</w:t>
      </w:r>
    </w:p>
    <w:p>
      <w:r>
        <w:t>Friends, let's rise and sing our last hymn. 610 for a thousand tongues to sing. Dear friends, go now, walk out these doors knowing that God who became flesh and blood for you in the person of Jesus, that God rules in righteousness and does not reject you. May the Holy Spirit lead you as you work in this community, as you develop relationships, as you walk with your neighbors. And may we remember that is in Jesus's work that we are saved. We are safe. God's work of salvation is done in our hearts. And being able to express that with our words is a good thing, an act of love. Remember, you do not work walk alone. God's faithful love goes with you regardless of circumstance. Friends, may the peace of Christ be with you.</w:t>
      </w:r>
    </w:p>
    <w:p>
      <w:r>
        <w:t>I'll see you in the fellowship hall. :0</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