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4"/>
        </w:rPr>
        <w:t>Worship Service — September 20, 2026</w:t>
      </w:r>
    </w:p>
    <w:p>
      <w:r>
        <w:rPr>
          <w:i/>
          <w:sz w:val="18"/>
        </w:rPr>
        <w:t>Minimally cleaned transcript — timestamps, non-spoken audio markers, and obvious music-recognition artifacts removed. Spoken wording, repetitions, fillers, and conversational phrasing are preserved.</w:t>
      </w:r>
    </w:p>
    <w:p>
      <w:r>
        <w:t>3 minutes, 45 seconds 3 minutes, 53 seconds 4 minutes, 1 second 4 minutes, 5 seconds 4 minutes, 10 seconds 4 minutes, 12 seconds 4 minutes, 18 seconds 4 minutes, 31 seconds 4 minutes, 35 seconds 4 minutes, 37 seconds 4 minutes, 41 seconds 4 minutes, 49 seconds 4 minutes, 51 seconds 4 minutes, 57 seconds 5 minutes, 3 seconds 5 minutes, 7 seconds 5 minutes, 17 seconds 5 minutes, 22 seconds 5 minutes, 30 seconds 5 minutes, 36 seconds 5 minutes, 39 seconds 5 minutes, 42 seconds 5 minutes, 50 seconds 5 minutes, 52 seconds 5 minutes, 58 seconds 6 minutes, 1 second 6 minutes, 4 seconds 6 minutes, 10 seconds 6 minutes, 18 seconds 6 minutes, 23 seconds</w:t>
      </w:r>
    </w:p>
    <w:p>
      <w:r>
        <w:t>6 minutes, 26 seconds 6 minutes, 29 seconds 6 minutes, 34 seconds 6 minutes, 36 seconds 6 minutes, 44 seconds 6 minutes, 49 seconds 7 minutes, 1 second 7 minutes, 9 seconds 7 minutes, 15 seconds 7 minutes, 17 seconds 7 minutes, 26 seconds 7 minutes, 31 seconds 7 minutes, 32 seconds 7 minutes, 35 seconds 7 minutes, 41 seconds 7 minutes, 44 seconds 7 minutes, 53 seconds Heat. 8 minutes, 7 seconds 8 minutes, 13 seconds Good morning all. 8 minutes, 15 seconds Welcome to worship at Fenton Presbyterian Church. We're glad for those who are online on Zoom and YouTube 8 minutes, 22 seconds and Facebook. Uh please feel free to add comments or u prayer requests there.</w:t>
      </w:r>
    </w:p>
    <w:p>
      <w:r>
        <w:t>8 minutes, 27 seconds We'll try to include them in the service. Uh we have a few announcements. Uh, first of all, today is Applekin Day. Is that right? Or do we start early? 8 minutes, 35 seconds Do we just It's today. It's not. We're not getting ready for next week. 8 minutes, 41 seconds It's today. Okay. So, there's games, there's food and fellowship after the service and it's going to be great. In addition, please note October 10th is 8 minutes, 50 seconds the senior lunchon. Now granted, you do need to be 70 years old or up to come to 8 minutes, 58 seconds the to eat at well to eat to come to the lunchon. Um I I'm I'm not going to make any uh any judgments at the moment, but</w:t>
      </w:r>
    </w:p>
    <w:p>
      <w:r>
        <w:t>9 minutes, 6 seconds um that is October 10th. Uh also if you would look there are a multitude of 9 minutes, 13 seconds opportunities to uh be involved in CE events, social events and also some 9 minutes, 20 seconds projects we want to do around the the church building. So please take a look. 9 minutes, 26 seconds There's things to be involved in. With that I want to ask Donna come up and give an announcement about Cropwalk. 9 minutes, 36 seconds Good morning.</w:t>
      </w:r>
    </w:p>
    <w:p>
      <w:r>
        <w:t>9 minutes, 38 seconds So you see at the top of your insert, the crop hunger rock is coming up in two weeks. It's going to be in Bush Park 9 minutes, 45 seconds this year. It's going to be a fall event with cider and donuts and apples. 9 minutes, 49 seconds There'll be fun events as you walk the park as well as they have pickle ball courts there now. So we're going to have paddles and balls for anybody who wants 9 minutes, 58 seconds to play that. Uh Robbie has graciously agreed to take a pie in the face if we get 30 registered walkers. So that means 10 minutes, 7 seconds when you get to the walk, you've actually got to go up to the table and register. You can donate at that point or not. It's optional.</w:t>
      </w:r>
    </w:p>
    <w:p>
      <w:r>
        <w:t>10 minutes, 15 seconds Uh right now we've got six people signed up. It we we're trying to track it in Fellowship Hall to get people to say, "Yeah, I'm going to go to the walk. I'm 10 minutes, 23 seconds going to register." So we're Robbie's pretty safe right now. So we need more people to sign up in Fellowship Hall. Thank you.</w:t>
      </w:r>
    </w:p>
    <w:p>
      <w:r>
        <w:t>10 minutes, 36 seconds With that friends, um Jesus calls us to faith not so that we individually can 10 minutes, 43 seconds experience our best lives, but so that we can be a community of faith where our love together and for each other is a 10 minutes, 52 seconds reflection of Jesus's love for us. So friends, I invite you to stand and offer the peace of Christ to each other. Peace of Christ be with you.</w:t>
      </w:r>
    </w:p>
    <w:p>
      <w:r>
        <w:t>11 minutes, 11 seconds Peace be with you. 11 minutes, 24 seconds But that's 11 minutes, 44 seconds this one. You want to use this one? Yep. 12 minutes, 3 seconds Never 12 minutes, 20 seconds standing up. 12 minutes, 38 seconds It's all right. 12 minutes, 56 seconds Okay, my rowdy Presbyterians, we're going to call to worship. 13 minutes, 6 seconds I will extol you, my God and King, and bless your name forever and ever. 13 minutes, 13 seconds Every day I bless you and praise your name forever and ever. Great is the Lord 13 minutes, 21 seconds and greatly to be praised. His greatness is unsearchable. 13 minutes, 26 seconds One generation shall extol your works to another and shall declare your mighty</w:t>
      </w:r>
    </w:p>
    <w:p>
      <w:r>
        <w:t>13 minutes, 32 seconds acts. They will recount the glorious splendor of your majesty and on your wondrous works I will meditate. 13 minutes, 42 seconds They will proclaim the might of your awesome deeds. And I will declare your greatness. They shall celebrate the fame 13 minutes, 50 seconds of your abundant goodness and shall sing aloud of your righteousness. 13 minutes, 56 seconds The Lord is gracious and merciful, slow to anger and abounding in steadfast love. 14 minutes, 4 seconds Let's bow our heads. 14 minutes, 7 seconds Almighty God, we pray for your blessing on the church in this place. Here may the faithful find salvation and the 14 minutes, 16 seconds</w:t>
      </w:r>
    </w:p>
    <w:p>
      <w:r>
        <w:t>careless be awakened. Here may the doubt doubting find faith and the anxious be 14 minutes, 22 seconds encouraged. Here may the tempted find help and the sorrowful find comfort. 14 minutes, 29 seconds Here may the weary find rest and the strong be renewed. here. May the aged 14 minutes, 36 seconds find consolation and the young be inspired through Jesus Christ our Lord. Amen.</w:t>
      </w:r>
    </w:p>
    <w:p>
      <w:r>
        <w:t>14 minutes, 44 seconds Our first hymn is number 336 in the purple uh himnil. We gather together. Please be seated.</w:t>
      </w:r>
    </w:p>
    <w:p>
      <w:r>
        <w:t>16 minutes, 54 seconds Here our call to confession. All too often we hide the ragged edges of our shattered lives. our guilt, our shame, 17 minutes, 2 seconds our failures. But the Bible reminds us, if your heart is broken, you'll find God there. If you're kicked in the gut, he'll help you catch your breath. 17 minutes, 11 seconds Bringing our brokenness to God, we confess now together. Please join me. 17 minutes, 17 seconds Searcher of hearts, you have known us from the beginning. You see us in more good and beauty than we have dared to believe. Forever you call us by name. 17 minutes, 30 seconds But we have filled our lives with the sounds of the world. We have not loved and sought you with our heart, soul, mind, and strength. Lord have mercy.</w:t>
      </w:r>
    </w:p>
    <w:p>
      <w:r>
        <w:t>17 minutes, 43 seconds Christ have mercy. Lord have mercy and forgive us. Gracious God, searcher of 17 minutes, 51 seconds hearts, help us to know and live in your forgiving light. empower and embolden us 17 minutes, 58 seconds to live in such a way that people in every corner of our world would experience the joy and passion of your 18 minutes, 7 seconds love through what we say and do. We ask in the name that is above all names, Jesus, our Lord and Savior. Amen.</w:t>
      </w:r>
    </w:p>
    <w:p>
      <w:r>
        <w:t>18 minutes, 19 seconds You've confessed your sins. Now close your eyes and take a moment to picture the empty tomb. 18 minutes, 28 seconds And as you reflect, remember Jesus was taken to the tomb. His body was laid there. The grave was sealed shut. Yet 18 minutes, 36 seconds the stone was rolled away and the burial cloth was left inside. And the angels said, "He is risen for us, for the 18 minutes, 44 seconds world." The empty tomb, it's a symbol of divine love. It's a reminder of God's grace and 18 minutes, 51 seconds unending forgiveness. We are free. We are reclaimed and we are forgiven. Amen.</w:t>
      </w:r>
    </w:p>
    <w:p>
      <w:r>
        <w:t>19 minutes, 4 seconds Living God, our souls thirst for living water. Open our hearts and our minds to 19 minutes, 11 seconds your word this day so that we might have a gracefilled encounter with you, the 19 minutes, 17 seconds living God. Amen. Our Old Testament lesson is from Jeremiah chapter 29:es 4-7. 19 minutes, 28 seconds Thus says the Lord of hosts, the God of Israel to all the exiles whom I have sent into exile from Jerusalem to Babylon. Build houses and live in them. Amen. Our New Testament lesson comes from Acts chapter 14 verses 21- 28. 24 minutes, 44 seconds After they had proclaimed the good news to that city and made many disciples, they returned to Lististeria, then onto Iconium and Antioch.</w:t>
      </w:r>
    </w:p>
    <w:p>
      <w:r>
        <w:t>24 minutes, 55 seconds There were strengthened the souls of dis disciples and encouraged them to continue in faith, saying, "It is 25 minutes, 4 seconds through many persecutions that we must enter the kingdom of God." And after they had appointed elders for 25 minutes, 11 seconds them in each church with prayer and fasting, they entrusted them to the Lord in whom they had come to believe. 25 minutes, 20 seconds They then passed through Facidia and came to Pilia. 25 minutes, 26 seconds When they had spoken the word to Paraga, they went down to Itilia. From there they sailed back to Antioch where they 25 minutes, 35 seconds had been com command commended to the grace of God for the work that they had completed.</w:t>
      </w:r>
    </w:p>
    <w:p>
      <w:r>
        <w:t>25 minutes, 45 seconds When they arrived, they called the church together and related all that God had done with them and how he had opened 25 minutes, 53 seconds a door of faith for the Gentiles. And they stayed there with the disciples for some time. 26 minutes, 4 seconds Good morning.</w:t>
      </w:r>
    </w:p>
    <w:p>
      <w:r>
        <w:t>26 minutes, 6 seconds Now, we've been preaching through a series on evangelism. 26 minutes, 11 seconds Oh, you want to do something else? We could do that. 26 minutes, 17 seconds It's time for time with children 26 minutes, 19 seconds 26 minutes, 21 seconds now. I saw one child down there. Caleb, do you have any others? 26 minutes, 29 seconds Okay. Hey, come on. Sit over here. Sit on this side. You don't have to sit that far away. 26 minutes, 36 seconds How are you? 26 minutes, 38 seconds Hey, I wanted to I was thinking Jesus talked about how the kingdom of God was like a mustard seed and a lot of times 26 minutes, 46 seconds we talk about our faith being seeds. So, look what I got. What's that?</w:t>
      </w:r>
    </w:p>
    <w:p>
      <w:r>
        <w:t>26 minutes, 55 seconds It's a plant. What kind of plant is it? It's basil. That's right. And you could make pesto with it. You can put it in your pasta. You can What? What's that? 27 minutes, 6 seconds tomatoes and and cheese and what's that called? Caprizzi. Yes. Oh, that's pretty good. 27 minutes, 13 seconds So, can you hold that for a second now? 27 minutes, 16 seconds Don't spill it. Those are little tiny seeds. So, if we were to plant a seed, what do we need? 27 minutes, 23 seconds You need water. What do you Well, what do you got to plant the seed in? 27 minutes, 27 seconds Soil. Okay. All right. So, I got a cup and I put some soil in it. So, what do you do?</w:t>
      </w:r>
    </w:p>
    <w:p>
      <w:r>
        <w:t>27 minutes, 37 seconds Do you got to make a hole? Yeah. Yeah. 27 minutes, 39 seconds Okay. So, we Yeah. Got to get a hole in there, right? And a lot of times when people talk about planting, sometimes they talk about praying as the same way. 27 minutes, 51 seconds We pray kind of like we garden. 27 minutes, 55 seconds Oh, is it working here? Let's see. This might be a mess. Might not. 28 minutes, 2 seconds Let's see. Can you see seeds in there? 28 minutes, 5 seconds Look at those tiny seeds. And why don't you pour a few in there? You want me to do it? 28 minutes, 12 seconds Okay. So, this is kind of like praying. 28 minutes, 15 seconds Except sometimes praying is hard. There we go. All right. And then what do we do?</w:t>
      </w:r>
    </w:p>
    <w:p>
      <w:r>
        <w:t>28 minutes, 23 seconds We just let it be and it's going to grow. Sunlight and water. But and air. 28 minutes, 33 seconds Right. Just like a combustion engine. 28 minutes, 36 seconds No. But don't you have to like cover the seeds? 28 minutes, 41 seconds Do you have to do that or you just lay them on there? You kind of have to take care of them, right? That's kind of like our faith, right? We take care of it. 28 minutes, 50 seconds Okay. And we kind of put it to bed right there. Okay. Now, what do we got to do? 28 minutes, 57 seconds What's next? What's the next step? 29 minutes, 2 seconds Will we put it outside or just like that? 29 minutes, 5 seconds</w:t>
      </w:r>
    </w:p>
    <w:p>
      <w:r>
        <w:t>We need We need soil. We got soil. We covered up with soil. You said we need water. So, I got some water here. Here we go. 29 minutes, 14 seconds Want to put a little water in it? Here we go. So, we'll water it. And that's kind of like what does it do? Is it going to feed? 29 minutes, 24 seconds Maybe not the whole thing. We could drown it, couldn't we? But yeah, maybe this dirt was not the best kind of dirt. 29 minutes, 32 seconds Well, we'll see because the water's supposed to sink into the dirt, right? 29 minutes, 36 seconds And it's going to take a while. But that's part of gardening. And that's one of the ways that we talk about how um 29 minutes, 46 seconds</w:t>
      </w:r>
    </w:p>
    <w:p>
      <w:r>
        <w:t>put it by the window. Yeah. We're going to go find a good window to put this by. 29 minutes, 53 seconds Right. It'll grow a little thing. Right. So, that's how we plant a seed. Now, I want to show you something that's that's kind of funny. Maybe funny. 30 minutes, 6 seconds Maybe gross. I found something, too, that's growing. 30 minutes, 13 seconds Look at this. Do you know what this is? It's a potato. 30 minutes, 20 seconds Does it look like a potato you want to eat? 30 minutes, 24 seconds It looks like a poisonous potato. Yeah, cuz it's all kind of shriveled and moldy and there's green things growing out of it. But do you know what's so funny is</w:t>
      </w:r>
    </w:p>
    <w:p>
      <w:r>
        <w:t>30 minutes, 32 seconds that that little little seed, the little basil seed, that'll grow into a basil plant hopefully. And this potato, even 30 minutes, 39 seconds though it's kind of gross, if I put this in the ground, you know what will happen? 30 minutes, 46 seconds Can you guess? It'll grow into a potato plant. It's really amazing. And and that's what's fun too is that our faith 30 minutes, 55 seconds and Jesus in our lives sometimes it's we start from the beginning like this and 31 minutes, 2 seconds sometimes it might look a little gross but God grows people in all sorts of 31 minutes, 9 seconds ways and it's pretty amazing. Look at that water. So hey we're going to go find a good place to put this cup. Okay.</w:t>
      </w:r>
    </w:p>
    <w:p>
      <w:r>
        <w:t>31 minutes, 17 seconds So we're going to see if there's a window sill but not not in the sanctuary. We're going to go in the probably the fellowship hall. Okay. Are we ready? You want you pick up the pick 31 minutes, 26 seconds up our cup and we'll go into the fellowship hall. All right. You want to pick that up 31 minutes, 44 seconds to be continued. Right. 31 minutes, 49 seconds All right. So, we've been talking a little bit about church planting and um evangelism. And a lot of times when we 31 minutes, 55 seconds think about um evangelism, we skip to the person on the street corner kind of, 32 minutes, 2 seconds you know, sometimes yelling, maybe they've got a microphone, people passing out tracks, church planting. But what is</w:t>
      </w:r>
    </w:p>
    <w:p>
      <w:r>
        <w:t>32 minutes, 10 seconds an established church? A church that's been around for a while. What is what do you think about when you think about church planting? Is it is it in our DNA? 32 minutes, 18 seconds Is it the way that we fill the great commission? It's a lot of those things. 32 minutes, 23 seconds So, First Press Fenton started off as a Sunday school. Now, how many years ago was that? 32 minutes, 31 seconds Years ago. 32 minutes, 32 seconds Just about. Yep. Just about 190 years ago. It started as a Sunday school and then they built a small wooden church 32 minutes, 40 seconds not on the site here and then there was a fire. 32 minutes, 46 seconds</w:t>
      </w:r>
    </w:p>
    <w:p>
      <w:r>
        <w:t>So then they didn't have a place to to worship and so they then decided to move locations because the center of town had 32 minutes, 53 seconds moved all sorts of things. And then they built another wooden church and it took a little while but then they eventually put bricks on the outside of this 33 minutes, 2 seconds church. So inside these walls is the second um wooden church. But do you know like before they even like did the 33 minutes, 9 seconds bricks and before they even like finished really kind of making the building kind of what it is right now, they planted another church not even 20 years later. And what church is that? 33 minutes, 22 seconds</w:t>
      </w:r>
    </w:p>
    <w:p>
      <w:r>
        <w:t>Holly. Very true. Holly. Many churches start because a new group of people move to an area and another 33 minutes, 30 seconds church takes a portion of their population to get that church started. 33 minutes, 34 seconds or maybe those church members live there and then they start that church. But there's some normal responses when you talk to churches about church planting 33 minutes, 43 seconds and they go something like this. We already have plenty of churches. There's lots of room for new people who have 33 minutes, 50 seconds come to the area. Let's get them filled before we start building any new ones. 33 minutes, 55 seconds Or maybe you've heard this one. Every church in the community used to be more full than it is now. The church going public is a shrinking pie. A new church</w:t>
      </w:r>
    </w:p>
    <w:p>
      <w:r>
        <w:t>34 minutes, 4 seconds will just take people from existing churches that are already hurting and will weaken everyone. 34 minutes, 10 seconds Or maybe you've heard this. Help the churches that are struggling first. A new church doesn't help the existing ones. They're just keeping their noses 34 minutes, 18 seconds above water. We need better churches, not more churches. And there's probably a bazillion other ones that you've 34 minutes, 25 seconds heard. But these statements appear to be common sense to many people, but they rest on several wrong assumptions. 34 minutes, 32 seconds There's an error in thinking that why the church planting is so important and crucial when churches are closing. But</w:t>
      </w:r>
    </w:p>
    <w:p>
      <w:r>
        <w:t>34 minutes, 41 seconds the population is growing and spiritual interest is also growing. So let's put aside some of our doubts and stuff for 34 minutes, 49 seconds today and we'll kind of like play with those later in the service. Okay? So just kind of put them on a shelf for just a second. 34 minutes, 56 seconds 34 minutes, 57 seconds So, churches are closing. According to Lifeway Research, in 2019, before the COVID epidemic, 3,000 churches opened 35 minutes, 6 seconds and 45,500 churches closed. So, you're already at a net loss of 1,500 churches. 35 minutes, 15 seconds And that continued a decadesl long congregational slide. Even though the population is growing, churches are closing. But the population is growing.</w:t>
      </w:r>
    </w:p>
    <w:p>
      <w:r>
        <w:t>35 minutes, 25 seconds There are 8.1 billion people in the world and 2.38 billion people consider them followers of themselves followers 35 minutes, 34 seconds of Jesus. So there's plenty billions of people left to reach and the US population is also increasing. It's 35 minutes, 41 seconds expected to be 438 million in 2050 compared today to 290 million. in 35 minutes, 50 seconds spiritual interest is growing. Even though there's been a 30% decline of religious affiliation in the United 35 minutes, 57 seconds States, since 1990, we've seen a huge growth of people who call themselves the nuns. Or that's not nu, by the way, it's n o n e. 36 minutes, 8 seconds</w:t>
      </w:r>
    </w:p>
    <w:p>
      <w:r>
        <w:t>All right? People who call themselves maybe spiritual but not religious. Heard anybody say that? Or I'm not religious. 36 minutes, 16 seconds I don't attend a church, but maybe they do some other things. 36 minutes, 21 seconds On their surveys, um, people are increasingly honest about what they believe, marking none as their religious affiliation. These people are not attending church as a cultural norm. 36 minutes, 31 seconds They might be ambivalent towards an institution or a structure. And yet 77% of people in the US believe in a higher power and 74% want to grow spiritually. 36 minutes, 43 seconds So nearly half of people are more spiritually open too on surveys since the p since the pandemic.</w:t>
      </w:r>
    </w:p>
    <w:p>
      <w:r>
        <w:t>36 minutes, 52 seconds So why would we want to plant churches? 36 minutes, 55 seconds Jesus gave us the great commission to make disciples. Jesus essential call to make disciples though was basically a 37 minutes, 3 seconds call to plant churches, not just make disciples. We're not meant to be lone Christian disciples, little monks. We're not meant to do that. 37 minutes, 13 seconds Disciples grow and flourish in communities of other disciples. And virtually all the great evangelistic challenges of the New Testament are 37 minutes, 21 seconds basically calls to plant churches, not simply to share the faith. The great commission in Matthew 28, like I said, is not just a call to make disciples,</w:t>
      </w:r>
    </w:p>
    <w:p>
      <w:r>
        <w:t>37 minutes, 30 seconds but to baptize them. And nobody goes around baptizing themselves. 37 minutes, 35 seconds In Acts and elsewhere, it's clear that baptism is a means of incorporation into a community, a worshshiping community, 37 minutes, 43 seconds aka a church with accountability and boundaries. We need to be growing churches and planting churches and growing and planting disciples. 37 minutes, 53 seconds Why would this be? Well, much traditional evangelism aims to get a decision for Christ. Experience, however, shows us that many of these 38 minutes, 1 second decisions disappear and never really result in changed lives after a short period of time. Many decisions are not</w:t>
      </w:r>
    </w:p>
    <w:p>
      <w:r>
        <w:t>38 minutes, 9 seconds really conversions, but they're only the beginning of a journey of a person changing into the person that Christ 38 minutes, 16 seconds wants them to be. A person who's evangelized in the context of an ongoing worshshiping and shephering community 38 minutes, 23 seconds has the support that they need for continued growth. So their initial flame of new faith continues to burn brightly. 38 minutes, 33 seconds So how many of you how many of you think that you could exist as a solitary Christian? 38 minutes, 41 seconds How can you live under the new covenant in isolation from the people of the new covenant, assuming there's other converts nearby?</w:t>
      </w:r>
    </w:p>
    <w:p>
      <w:r>
        <w:t>38 minutes, 49 seconds You can't. So how does somebody observe all of Jesus's commands? Just like the great commission says, without the local 38 minutes, 57 seconds church, it's very, very difficult even in an age where you can watch church online. Or let me press it a little bit 39 minutes, 4 seconds further with Jesus's words in John 13:35. 39 minutes, 8 seconds By this all people will know that you are my disciples, if you love one another. 39 minutes, 15 seconds How will people know that you're Jesus's disciples? 39 minutes, 19 seconds There's a persuasive tangible expression of love that we express for each other. 39 minutes, 25 seconds So there's a corporate nature of this new covenant life that precludes us from forming a mission that just leads to converts who can go about just their</w:t>
      </w:r>
    </w:p>
    <w:p>
      <w:r>
        <w:t>39 minutes, 34 seconds individual lives. You can enjoy salvation as a solitary believer, but in sense you're neglecting what you 39 minutes, 42 seconds bring to the gathered church. The Holy Spirit gives us a variety of gifts to Jesus's followers. not just for us to 39 minutes, 50 seconds enjoy in isolation but for them to serve the well-being of a local congregation with the people that you associate with. 39 minutes, 58 seconds So we should also plant churches as we said because of the great commission because new churches reach new people, 40 minutes, 6 seconds new generations, new residents. Younger people have always been disproportionately attracted</w:t>
      </w:r>
    </w:p>
    <w:p>
      <w:r>
        <w:t>40 minutes, 13 seconds to newer congregations. Longestablished congregations, although there's lots of wonderful things, develop traditions 40 minutes, 22 seconds like what you can wear to church, the length of worship. Do you look at your clock at 11:00 and start doing this to the pastor? 40 minutes, 33 seconds Maybe there's a level of mo of emotional responsiveness. How many of you raised your hands during that hymn? 40 minutes, 40 seconds Oh, see. Or maybe a leadership style or thousands of other tiny customs that we don't even think about. 40 minutes, 49 seconds They reflect maybe the sensibilities of longtime leaders or people from older generations who have done it a certain way or maybe the congregation's been</w:t>
      </w:r>
    </w:p>
    <w:p>
      <w:r>
        <w:t>40 minutes, 57 seconds formed by a certain group of people who have the money and so, you know, it goes the way that they want it to go. Whatever. 41 minutes, 5 seconds There's an automatic maintenance of the church that kind of maintains these sort of habits and it's not positioned to 41 minutes, 13 seconds reach younger people or newer people effectively. 41 minutes, 16 seconds Second, new residents are not always reached by older congregations, but they're reached by newer congregations. 41 minutes, 24 seconds Some older congregations might require a tenure of 10 years before someone's allowed to take a place in leadership or 41 minutes, 32 seconds</w:t>
      </w:r>
    </w:p>
    <w:p>
      <w:r>
        <w:t>influence. But in a new church, new residents tend to find equal power with long-term people in the area. People 41 minutes, 40 seconds continually ask me, even though I've lived here for 10 years, which is not a very long time in this section of town, when are you moving back to California? 41 minutes, 48 seconds And I say, why would I want to do that? 41 minutes, 52 seconds But truly, you know, I'm still one of the newcomers because there's those of you who have been on the Fenton alumni 41 minutes, 59 seconds or Holly alumni and you've been here and your family's been here for three generations. 42 minutes, 6 seconds We need both. Third, there's new socioultural groups.</w:t>
      </w:r>
    </w:p>
    <w:p>
      <w:r>
        <w:t>42 minutes, 12 seconds Oh, on that note of leadership, so anyone in our congregation can join a committee. Doesn't matter how long 42 minutes, 20 seconds you've been in the church, but if you want to serve as a leader, then you need to become a member, which is very easy to do, and I can tell you about that 42 minutes, 29 seconds later, but you need to become a member for at least a year, and then you can become an elder or deacon. So, as far as the life of the church, you can 42 minutes, 37 seconds participate in anything as a member or as a friend. But if you want to serve in leadership, like chairing a committee or 42 minutes, 45 seconds something like that, then you need to become a member. Okay, moving on. Third, new socioultural groups in a community</w:t>
      </w:r>
    </w:p>
    <w:p>
      <w:r>
        <w:t>42 minutes, 53 seconds are always reached better by newer congregations. For example, in a white collar community, maybe there's or maybe 43 minutes, 1 second like a rural community of farmers, it's more likely that a new church will be receptive to the needs of new residents. 43 minutes, 8 seconds Maybe a new racial ethnic group moves into town and is better reached by a multithnic um church plant from the 43 minutes, 16 seconds start. For example, if an all angllin um neighborhood becomes 30% Hispanic, a new 43 minutes, 23 seconds deliberately biracial church might be more likely to create a cultural space for newcomers than an older church in</w:t>
      </w:r>
    </w:p>
    <w:p>
      <w:r>
        <w:t>43 minutes, 30 seconds town. Finally, brand new immigrant groups nearly always can be reached by churches ministering in their own language. 43 minutes, 39 seconds If you went to another country and you were bilingual, but English was your first language, it feels like home to go into a space where people speak your language. 43 minutes, 50 seconds The other day, we had many members from some of the um refugee um families that were helping. And there's plenty of 43 minutes, 58 seconds things that we could have done to make it easier for them to worship with us, like putting the bulletin in Spanish, for example, translating part of the 44 minutes, 6 seconds</w:t>
      </w:r>
    </w:p>
    <w:p>
      <w:r>
        <w:t>service. So, we're able to do some of those things, but still for even for those who were in that group who spoke some English, some of them are fluent, 44 minutes, 15 seconds some of them are not, it was still not a space where it was in their own language. So, it didn't feel as like home as it could have. 44 minutes, 24 seconds So, you have to be intentional about those things, but often um it's easier to to reach people if you're speaking 44 minutes, 32 seconds their same language. So church um in frontier regions or with unevangelized people in cities often become vibrant 44 minutes, 42 seconds when those churches are planted in a different language. But new churches also reach the unchurched. Dozens of</w:t>
      </w:r>
    </w:p>
    <w:p>
      <w:r>
        <w:t>44 minutes, 50 seconds denominational studies confirm that the average new church gains most of its members 60 to 80% from the ranks of 44 minutes, 58 seconds people who are not currently attending another church worshiping body. While churches over 10 to 15 years of age gain 45 minutes, 7 seconds 80 to 90% of their members by transfer from another congregation or maybe people who lived in another area, 45 minutes, 14 seconds attended another church and then moved to an area. This means that the average new congregation will bring six to eight 45 minutes, 21 seconds times more new people into the life of the body of Christ than an older congregation of the same size. So although established congregations</w:t>
      </w:r>
    </w:p>
    <w:p>
      <w:r>
        <w:t>45 minutes, 30 seconds provide many things that newer churches often cannot, older churches in general will never be as effective at reaching 45 minutes, 38 seconds new people. There's too many institutional pressures as congregations age. There's powerful institutional 45 minutes, 46 seconds things even you know like even us as members that that put up little boundaries that 45 minutes, 54 seconds we don't even realize are walls. And it's natural to a great degree. It's desirable to know what to expect when 46 minutes, 1 second you come into a place. Older churches have stability and steadiness that many people thrive on and need. This doesn't</w:t>
      </w:r>
    </w:p>
    <w:p>
      <w:r>
        <w:t>46 minutes, 10 seconds mean that established churches can't win new people for Christ. In fact, many non-Christians will be reached not only 46 minutes, 17 seconds by churches with long roots in the community, but by new churches, too. 46 minutes, 23 seconds But 90% of people will come to church because somebody asked them. Whether that's in a new church or an existing church. But on the other 46 minutes, 32 seconds hand, new congregations in general are more focused on the needs of newer people. They're also more focused on the 46 minutes, 39 seconds needs of recently, you know, people who are coming to Christ for the first time, not who have been a believer for 20 years.</w:t>
      </w:r>
    </w:p>
    <w:p>
      <w:r>
        <w:t>46 minutes, 49 seconds Also, in the first two years of our Christian life, we have far more close face-to-face relationships with other non-Christians than we do later. How 46 minutes, 57 seconds many people do you know who already attend a church? How many people do you know that don't attend anywhere at all? 47 minutes, 6 seconds The longer you've become a Christian, the more Christian your little circles become. 47 minutes, 12 seconds 47 minutes, 13 seconds So many new Christians find that, you know, coming to a group where everybody's new feels a little newer and 47 minutes, 21 seconds safer. Church planting does though help both new churches and existing churches.</w:t>
      </w:r>
    </w:p>
    <w:p>
      <w:r>
        <w:t>47 minutes, 27 seconds It's a great mistake to think that we have to choose between church planting and church renewal. Strange as it may seem, planting of new churches in the 47 minutes, 36 seconds city is one of the best ways to revitalize older churches as well. 47 minutes, 41 seconds Church planters usually focus on reaching the unchurched. If they're a good church planter, they're not going to go after the sheep in other congregations. 47 minutes, 52 seconds Let me say that again. If they're a good church plant, they're going to go after new people, not existing congregation 47 minutes, 59 seconds members of another church. That doesn't mean that there won't be some people who will feel led to be a part of that movement. And that's wonderful because</w:t>
      </w:r>
    </w:p>
    <w:p>
      <w:r>
        <w:t>48 minutes, 7 seconds we can give leadership to new church plants, too. 48 minutes, 10 seconds But God is able to grow his church in many different ways. If our theology is that man or humanity grows the church, 48 minutes, 19 seconds then we'll be worried about a new church taking away something from us. However, it's a fallacy to believe that one 48 minutes, 26 seconds church's rise is another church's decline. 48 minutes, 30 seconds God will grow all of his churches as healthy churches, and we don't need to fear church plants. It's not going to stop the purpose of God in a 48 minutes, 39 seconds congregation like ours. Third, new church plants can be a rising tide that lifts all boats. That's what Mark</w:t>
      </w:r>
    </w:p>
    <w:p>
      <w:r>
        <w:t>48 minutes, 46 seconds Clifton wrote when he said, "The more churches that are planted in a region, the greater the spiritual impact on that region and the better spiritual 48 minutes, 55 seconds environment for all churches in that region." The reality is is that when you witness a region or a city that's saturated with 49 minutes, 4 seconds churches and church planting, all of the churches start to pursue greater health. 49 minutes, 9 seconds And there's growth among existing churches, too. 49 minutes, 13 seconds Why? It's because existing churches can learn new things. What? What? 49 minutes, 21 seconds There is however no better way than to teach older congregations about new skills and methods for reaching people groups than by planting new churches or having contact with new churches.</w:t>
      </w:r>
    </w:p>
    <w:p>
      <w:r>
        <w:t>49 minutes, 34 seconds In the new churches, they've got freedom to be innovative. So they become kind of like the research and development sort of committee or department for the whole 49 minutes, 42 seconds entire body in the city. And often older congregations had become timid or maybe picking a particular approach that they 49 minutes, 50 seconds know will work rather than trying a bunch of, you know, things like throwing spaghetti on a wall and seeing what works. Want to be sure that what we put 49 minutes, 58 seconds our effort into is going to work. But when the new church in town succeeds with a new method, then other churches also like look at that and they're like,</w:t>
      </w:r>
    </w:p>
    <w:p>
      <w:r>
        <w:t>50 minutes, 7 seconds "Well, maybe we could try something, too." And they get the courage to try it themselves. 50 minutes, 13 seconds We can also learn from new church plants about being creative leaders. In older congregations, leaders tend to emphasize 50 minutes, 21 seconds tradition or tenure, routines, skills outside the church, maybe who they're related to. And new congregations, on 50 minutes, 30 seconds the other hand, attract a higher percentage of venturesome people. You know, entrepreneurs, creatives, people 50 minutes, 36 seconds who like risk or innovation or look towards the future. And many of these men and women might not be attracted to</w:t>
      </w:r>
    </w:p>
    <w:p>
      <w:r>
        <w:t>50 minutes, 44 seconds older churches. Often older churches box people out who have strong leadership skills, but who have gifts that would 50 minutes, 52 seconds otherwise not work within the body. And these leaders eventually benefit all the churches in the city, not just the new church plants, because they're showing us what it means to be a leader in a new context or when things change. 51 minutes, 8 seconds New church plans also help existing churches in the area of self-examination. 51 minutes, 14 seconds In general, the success of new churches often challenges older congregations to evaluate themselves in substantial ways. 51 minutes, 22 seconds</w:t>
      </w:r>
    </w:p>
    <w:p>
      <w:r>
        <w:t>Sometimes it's only in contrast to the new church that the older churches finally define their own vision or 51 minutes, 28 seconds specialties or identity. Often church growth in a new congregation gives older churches hope that it can be done. 51 minutes, 37 seconds And sometimes a new congregation can partner with an older church to create ministries that neither one of them could do by themselves. 51 minutes, 46 seconds 51 minutes, 47 seconds Eventually, some people will choose established churches. A new church often produces converts who end up in uh 51 minutes, 55 seconds existing churches for a variety of reasons. Maybe they don't agree necessarily with the theology of the pastor. Maybe they don't like how often</w:t>
      </w:r>
    </w:p>
    <w:p>
      <w:r>
        <w:t>52 minutes, 4 seconds things change. or maybe the new church like flourished and is going one direction and they're like, "You know what? I really like what this church 52 minutes, 13 seconds over here does with this." A ton of different reasons. But often the growth of a new congregation gives 52 minutes, 20 seconds older churches um new members too because maybe they fit better socioeconomically with another older 52 minutes, 27 seconds church or maybe it feels more like family. ordinarily new churches in a city can produce people not only for 52 minutes, 35 seconds themselves but also for other older bodies as well. 52 minutes, 39 seconds Lastly, um church plants help older congregations think about a kingdom mindset. A new church in the</w:t>
      </w:r>
    </w:p>
    <w:p>
      <w:r>
        <w:t>52 minutes, 46 seconds community usually confronts churches with a major issue, the issue of kingdom-mindedness. 52 minutes, 53 seconds New churches have we, as we've seen, draw most of their members from up to 80% from the ranks of the unchurched. But they'll always attract some people out of existing churches. That's true. 53 minutes, 4 seconds At this point, the existing churches in a sense have a question. How are we going to rejoice in the 80% of new 53 minutes, 12 seconds people that are attending there through that new thing when we lost three families? 53 minutes, 19 seconds What about us? 53 minutes, 22 seconds Well, oftentimes we want to like guard our own little section of institutional turf rather than looking at the overall</w:t>
      </w:r>
    </w:p>
    <w:p>
      <w:r>
        <w:t>53 minutes, 30 seconds health and vitality and prosperity of the kingdom of God in the city. 53 minutes, 36 seconds And any church that's more upset about its own small losses than being grateful for the kingdom gains, the large ones, is only looking 53 minutes, 45 seconds at its own narrow interests. But even so, we've seen the benefits that new church plants offer to older congregations is greater, even if it's not initially obvious. 53 minutes, 57 seconds So, how can we think more like church plants? We need to establish a clearer sense of mission. Church plants define mission and they keep it before them in 54 minutes, 6 seconds everything that they do. Whether it's starting from scratch, almost everything is intentional. the feel of their website, the way that their</w:t>
      </w:r>
    </w:p>
    <w:p>
      <w:r>
        <w:t>54 minutes, 13 seconds nursery system works, the types of ministries, the shape of the worship service, everything that they consider and pour over and pray over is focused 54 minutes, 22 seconds on mission. Many older congregations have gotten, you know, so many programs that have layered upon layered upon 54 minutes, 30 seconds layered that what they're doing is so spread out and they don't have a clear sense of mission. We can learn from church plants about recapturing the focus of our mission. 54 minutes, 40 seconds We can also learn to to re-engage our congregation church plants. Most people are involved in and and um participate 54 minutes, 49 seconds</w:t>
      </w:r>
    </w:p>
    <w:p>
      <w:r>
        <w:t>in in older congregations. There's always the 8020 rule. Ever heard of that? 20% of people doing 80% of the 54 minutes, 56 seconds work. Or you might say, you might heard of people saying it like this. Well, I had kids and grandkids. I'm done with 55 minutes, 3 seconds that. Okay. but somebody was there for your kids and grandkids and maybe they don't have other people that are that 55 minutes, 12 seconds could do that for them. So in church plants most of the people 80% of the people are involved in 55 minutes, 19 seconds something in the congregation and new church plants are engaging with culture. We know that things around us 55 minutes, 26 seconds</w:t>
      </w:r>
    </w:p>
    <w:p>
      <w:r>
        <w:t>have changed so much even within the last 10 years. And so there's a great deal of work in a church plant that goes into understanding history and context 55 minutes, 35 seconds and how culture has changed and how different generations respond. We have five generations sitting in this room at 55 minutes, 43 seconds this time. Do you know how difficult it is when I make an 80s reference? Like maybe 10% of you understand where that 55 minutes, 51 seconds comes from. No, I'm just kidding. But 55 minutes, 54 seconds 55 minutes, 55 seconds but every once in a while I'll make I'll make references to things from a different time period. The only reason my kids understand anything from the 80s</w:t>
      </w:r>
    </w:p>
    <w:p>
      <w:r>
        <w:t>56 minutes, 3 seconds is because I've made them watch those movies. 56 minutes, 8 seconds Okay, so I was born in the 70s and raised in the 80s. All right, you get it. But as a Gen Xer, there's things 56 minutes, 16 seconds that are with, you know, Gen Y, Z, Millennials, etc., etc. that I don't understand. and that I need my kids and 56 minutes, 25 seconds the kids that are younger than them to understand. But for most of us, whoop, it goes right over our heads. That 56 minutes, 33 seconds doesn't mean that it's not important as the things that happened in the 50s and 60s and 70s. But it's hard to 56 minutes, 40 seconds communicate things without understanding all of those things and kind of bringing everybody into the fray. Okay.</w:t>
      </w:r>
    </w:p>
    <w:p>
      <w:r>
        <w:t>56 minutes, 48 seconds But also, as I said, everybody's engaged. 56 minutes, 52 seconds So there's so many things that we can learn from church planting. Not in a way that like where we put up our hands and 56 minutes, 59 seconds say, "Oh, don't want to hear anything about that, but mostly because it's what Jesus asked us to do." So there's things that can 57 minutes, 7 seconds challenge us. There's places that we can grow, and there's always a place where we can grow in our evangelism, and our 57 minutes, 15 seconds ability to make disciples and become disciples of Jesus. So just leave that portion of your heart open. Amen.</w:t>
      </w:r>
    </w:p>
    <w:p>
      <w:r>
        <w:t>57 minutes, 41 seconds 57 minutes, 41 seconds Our next hymn is uh number 840 from the purple himnil wind peace like a river. 58 minutes, 2 seconds 58 minutes, 9 seconds 58 minutes, 11 seconds like 58 minutes, 17 seconds 58 minutes, 21 seconds my Savior. you forever. 58 minutes, 28 seconds 58 minutes, 35 seconds 58 minutes, 36 seconds It is well with my soul. 58 minutes, 46 seconds It is well 58 minutes, 49 seconds 58 minutes, 51 seconds with my soul. 58 minutes, 54 seconds My soul is well 59 minutes, 2 seconds with my soul. 59 minutes, 4 seconds 59 minutes, 8 seconds 59 minutes, 12 seconds 59 minutes, 18 seconds 59 minutes, 23 seconds 59 minutes, 24 seconds</w:t>
      </w:r>
    </w:p>
    <w:p>
      <w:r>
        <w:t>Christ 59 minutes, 35 seconds 59 minutes, 37 seconds for my soul. 59 minutes, 42 seconds It is my soul. 59 minutes, 50 seconds My soul is 59 minutes, 55 seconds 59 minutes, 57 seconds with my soul. He is 1 hour, 5 seconds 1 hour, 12 seconds my soul. 1 hour, 24 seconds I 1 hour, 26 seconds 1 hour, 28 seconds praise the Lord. Praise the Lord. 1 hour, 34 seconds My soul 1 hour, 37 seconds 1 hour, 38 seconds is well. It is well with my soul. 1 hour, 46 seconds My soul. It is well. 1 hour, 51 seconds is with my soul. Christ Well, well, with my soul. With my soul. It is well. It is well with my soul. Each of you must give as you have made up your mind, not reluctantly or under compulsion. For God loves a cheerful</w:t>
      </w:r>
    </w:p>
    <w:p>
      <w:r>
        <w:t>giver. If you would like a written repair prayer request, joy or a thanksgiving included in our prayers today, please indicate that and an usher will collect them. Let us pray. Gracious God, give us our best, lest in gaining the world we lose life itself. As a covenant people, we seek to witness to your will and way. Help us to know more clearly what you would have us do with the wealth entrusted to our care. As we contribute to the needs of your people, we present ourselves as living sacrifices through Christ our Lord. Amen. Will the ushers come forward, please? Amen.</w:t>
      </w:r>
    </w:p>
    <w:p>
      <w:r>
        <w:t>Please be seated.</w:t>
      </w:r>
    </w:p>
    <w:p>
      <w:r>
        <w:t>Some of the prayer requests for this morning um for healing for Esther, for continued healing for Helen. Um Emily is praying for health and healing for her father and herself. Um Nancy is asking for prayers for her friend um Dwyn Gwyn. Uh she's at U of M with a multitude of concerns. If you'll bow your heads in prayer. Thank you, Father, for calling disciples like Matthew who wrote Matthew's Gospel and us to be your disciples and workers in your kingdom's vineyard. Thank you for seeking us to do your work even when others disapprove. Give us grace to hear your call and strength to do your will. Make the church a place where all see the fair beauty of Jesus and find a welcome in his outstretched arms. Let them hear the gospel and respond to your</w:t>
      </w:r>
    </w:p>
    <w:p>
      <w:r>
        <w:t>call and labor fruitfully and faithfully in your service. We pray for our persecuted brothers and sisters around the world. Give them courage to honor Christ in their body, to boldly speak and joyfully live the gospel and to know that they share in Jesus suffering. Help the people of this congregation to stand firm together, striving to proclaim the gospel in word and deed. Help us to work at whatever task pleases you. Make us glad when others begin to work alongside us, knowing that your grace has drawn them to serve you, too, even as it drew us. We pray for our younger people, especially those considering a vocation to ministry and service in your church.</w:t>
      </w:r>
    </w:p>
    <w:p>
      <w:r>
        <w:t>Give them delight in learning and love for your people. Preserve them from consequences. Use their energy to please you and serve their neighbor. Grant wisdom to our earthly leaders. Let them seek you while they may be found. Call upon you while you are near and govern in accordance with your holy will. graciously grants patience and kindness and humility to everyone so that we may lead and live peaceful lives. God, be the safe shelter and solid rock to everyone in times of trouble. Lift them high above the things that trouble them. Give patience and compassion to caregivers, especially those whose work is long and hard and thankless. Restore them to the joy of fellowship with those who love them. And thank you, Father, for those who we love</w:t>
      </w:r>
    </w:p>
    <w:p>
      <w:r>
        <w:t>who are now with Christ. Though we may grieve, we know that to live is in Christ and to die is gain. Give us your strength to labor cheerfully in your vineyards. Help us to share the gospel wisely and well. And following the example of the apostles and evangelists, let us rejoice in the company of the redeemed as together we may see our savior face to face. And we pray as he taught us to pray, saying, "Our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w:t>
      </w:r>
    </w:p>
    <w:p>
      <w:r>
        <w:t>Amen. Please rise in body or in spirit. Um our last hymn is Good Christians all rejoice and sing. Good Christians. Oh, heat, heat. Oh, heat, heat. Glorious Halleluah. Here our charge. With the grace of God uplifting you, with the life of Jesus Christ motivating you, with the power of the Holy Spirit equipping you, go from this place willing and ready to give, to serve, and to love. And may the peace of Christ be with you. And also with you. Amen.</w:t>
      </w:r>
    </w:p>
    <w:p>
      <w:r>
        <w:t>Oh, heat, heat. Heat. I had one sunshine.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