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4"/>
        </w:rPr>
        <w:t>Sermon — September 20, 2026</w:t>
      </w:r>
    </w:p>
    <w:p>
      <w:r>
        <w:rPr>
          <w:i/>
          <w:sz w:val="18"/>
        </w:rPr>
        <w:t>Minimally cleaned transcript — timestamps, non-spoken audio markers, and obvious music-recognition artifacts removed. Spoken wording, repetitions, fillers, and conversational phrasing are preserved.</w:t>
      </w:r>
    </w:p>
    <w:p>
      <w:r>
        <w:t>All right. So, we've been talking a little bit about church planting and um evangelism. And a lot of times when we 31 minutes, 55 seconds think about um evangelism, we skip to the person on the street corner kind of, 32 minutes, 2 seconds you know, sometimes yelling, maybe they've got a microphone, people passing out tracks, church planting. But what is 32 minutes, 10 seconds an established church? A church that's been around for a while. What is what do you think about when you think about church planting? Is it is it in our DNA? 32 minutes, 18 seconds Is it the way that we fill the great commission? It's a lot of those things. 32 minutes, 23 seconds</w:t>
      </w:r>
    </w:p>
    <w:p>
      <w:r>
        <w:t>So, First Press Fenton started off as a Sunday school. Now, how many years ago was that? 32 minutes, 31 seconds Years ago. 32 minutes, 32 seconds Just about. Yep. Just about 190 years ago. It started as a Sunday school and then they built a small wooden church 32 minutes, 40 seconds not on the site here and then there was a fire. 32 minutes, 46 seconds So then they didn't have a place to to worship and so they then decided to move locations because the center of town had 32 minutes, 53 seconds moved all sorts of things. And then they built another wooden church and it took a little while but then they eventually put bricks on the outside of this</w:t>
      </w:r>
    </w:p>
    <w:p>
      <w:r>
        <w:t>33 minutes, 2 seconds church. So inside these walls is the second um wooden church. But do you know like before they even like did the 33 minutes, 9 seconds bricks and before they even like finished really kind of making the building kind of what it is right now, they planted another church not even 20 years later. And what church is that? 33 minutes, 22 seconds Holly. Very true. Holly. Many churches start because a new group of people move to an area and another 33 minutes, 30 seconds church takes a portion of their population to get that church started. 33 minutes, 34 seconds or maybe those church members live there and then they start that church. But there's some normal responses when you talk to churches about church planting</w:t>
      </w:r>
    </w:p>
    <w:p>
      <w:r>
        <w:t>33 minutes, 43 seconds and they go something like this. We already have plenty of churches. There's lots of room for new people who have 33 minutes, 50 seconds come to the area. Let's get them filled before we start building any new ones. 33 minutes, 55 seconds Or maybe you've heard this one. Every church in the community used to be more full than it is now. The church going public is a shrinking pie. A new church 34 minutes, 4 seconds will just take people from existing churches that are already hurting and will weaken everyone. 34 minutes, 10 seconds Or maybe you've heard this. Help the churches that are struggling first. A new church doesn't help the existing ones. They're just keeping their noses</w:t>
      </w:r>
    </w:p>
    <w:p>
      <w:r>
        <w:t>34 minutes, 18 seconds above water. We need better churches, not more churches. And there's probably a bazillion other ones that you've 34 minutes, 25 seconds heard. But these statements appear to be common sense to many people, but they rest on several wrong assumptions. 34 minutes, 32 seconds There's an error in thinking that why the church planting is so important and crucial when churches are closing. But 34 minutes, 41 seconds the population is growing and spiritual interest is also growing. So let's put aside some of our doubts and stuff for 34 minutes, 49 seconds today and we'll kind of like play with those later in the service. Okay? So just kind of put them on a shelf for just a second.</w:t>
      </w:r>
    </w:p>
    <w:p>
      <w:r>
        <w:t>34 minutes, 56 seconds 34 minutes, 57 seconds So, churches are closing. According to Lifeway Research, in 2019, before the COVID epidemic, 3,000 churches opened 35 minutes, 6 seconds and 45,500 churches closed. So, you're already at a net loss of 1,500 churches. 35 minutes, 15 seconds And that continued a decadesl long congregational slide. Even though the population is growing, churches are closing. But the population is growing. 35 minutes, 25 seconds There are 8.1 billion people in the world and 2.38 billion people consider them followers of themselves followers 35 minutes, 34 seconds of Jesus. So there's plenty billions of people left to reach and the US population is also increasing. It's</w:t>
      </w:r>
    </w:p>
    <w:p>
      <w:r>
        <w:t>35 minutes, 41 seconds expected to be 438 million in 2050 compared today to 290 million. in 35 minutes, 50 seconds spiritual interest is growing. Even though there's been a 30% decline of religious affiliation in the United 35 minutes, 57 seconds States, since 1990, we've seen a huge growth of people who call themselves the nuns. Or that's not nu, by the way, it's n o n e. 36 minutes, 8 seconds All right? People who call themselves maybe spiritual but not religious. Heard anybody say that? Or I'm not religious. 36 minutes, 16 seconds I don't attend a church, but maybe they do some other things. 36 minutes, 21 seconds On their surveys, um, people are increasingly honest about what they believe, marking none as their religious affiliation. These people are not attending church as a cultural norm.</w:t>
      </w:r>
    </w:p>
    <w:p>
      <w:r>
        <w:t>36 minutes, 31 seconds They might be ambivalent towards an institution or a structure. And yet 77% of people in the US believe in a higher power and 74% want to grow spiritually. 36 minutes, 43 seconds So nearly half of people are more spiritually open too on surveys since the p since the pandemic. 36 minutes, 52 seconds So why would we want to plant churches? 36 minutes, 55 seconds Jesus gave us the great commission to make disciples. Jesus essential call to make disciples though was basically a 37 minutes, 3 seconds call to plant churches, not just make disciples. We're not meant to be lone Christian disciples, little monks. We're not meant to do that.</w:t>
      </w:r>
    </w:p>
    <w:p>
      <w:r>
        <w:t>37 minutes, 13 seconds Disciples grow and flourish in communities of other disciples. And virtually all the great evangelistic challenges of the New Testament are 37 minutes, 21 seconds basically calls to plant churches, not simply to share the faith. The great commission in Matthew 28, like I said, is not just a call to make disciples, 37 minutes, 30 seconds but to baptize them. And nobody goes around baptizing themselves. 37 minutes, 35 seconds In Acts and elsewhere, it's clear that baptism is a means of incorporation into a community, a worshshiping community, 37 minutes, 43 seconds aka a church with accountability and boundaries. We need to be growing churches and planting churches and growing and planting disciples.</w:t>
      </w:r>
    </w:p>
    <w:p>
      <w:r>
        <w:t>37 minutes, 53 seconds Why would this be? Well, much traditional evangelism aims to get a decision for Christ. Experience, however, shows us that many of these 38 minutes, 1 second decisions disappear and never really result in changed lives after a short period of time. Many decisions are not 38 minutes, 9 seconds really conversions, but they're only the beginning of a journey of a person changing into the person that Christ 38 minutes, 16 seconds wants them to be. A person who's evangelized in the context of an ongoing worshshiping and shephering community 38 minutes, 23 seconds has the support that they need for continued growth. So their initial flame of new faith continues to burn brightly.</w:t>
      </w:r>
    </w:p>
    <w:p>
      <w:r>
        <w:t>38 minutes, 33 seconds So how many of you how many of you think that you could exist as a solitary Christian? 38 minutes, 41 seconds How can you live under the new covenant in isolation from the people of the new covenant, assuming there's other converts nearby? 38 minutes, 49 seconds You can't. So how does somebody observe all of Jesus's commands? Just like the great commission says, without the local 38 minutes, 57 seconds church, it's very, very difficult even in an age where you can watch church online. Or let me press it a little bit 39 minutes, 4 seconds further with Jesus's words in John 13:35. 39 minutes, 8 seconds By this all people will know that you are my disciples, if you love one another.</w:t>
      </w:r>
    </w:p>
    <w:p>
      <w:r>
        <w:t>39 minutes, 15 seconds How will people know that you're Jesus's disciples? 39 minutes, 19 seconds There's a persuasive tangible expression of love that we express for each other. 39 minutes, 25 seconds So there's a corporate nature of this new covenant life that precludes us from forming a mission that just leads to converts who can go about just their 39 minutes, 34 seconds individual lives. You can enjoy salvation as a solitary believer, but in sense you're neglecting what you 39 minutes, 42 seconds bring to the gathered church. The Holy Spirit gives us a variety of gifts to Jesus's followers. not just for us to 39 minutes, 50 seconds enjoy in isolation but for them to serve the well-being of a local congregation with the people that you associate with.</w:t>
      </w:r>
    </w:p>
    <w:p>
      <w:r>
        <w:t>39 minutes, 58 seconds So we should also plant churches as we said because of the great commission because new churches reach new people, 40 minutes, 6 seconds new generations, new residents. Younger people have always been disproportionately attracted 40 minutes, 13 seconds to newer congregations. Longestablished congregations, although there's lots of wonderful things, develop traditions 40 minutes, 22 seconds like what you can wear to church, the length of worship. Do you look at your clock at 11:00 and start doing this to the pastor? 40 minutes, 33 seconds Maybe there's a level of mo of emotional responsiveness. How many of you raised your hands during that hymn?</w:t>
      </w:r>
    </w:p>
    <w:p>
      <w:r>
        <w:t>40 minutes, 40 seconds Oh, see. Or maybe a leadership style or thousands of other tiny customs that we don't even think about. 40 minutes, 49 seconds They reflect maybe the sensibilities of longtime leaders or people from older generations who have done it a certain way or maybe the congregation's been 40 minutes, 57 seconds formed by a certain group of people who have the money and so, you know, it goes the way that they want it to go. Whatever. 41 minutes, 5 seconds There's an automatic maintenance of the church that kind of maintains these sort of habits and it's not positioned to 41 minutes, 13 seconds reach younger people or newer people effectively.</w:t>
      </w:r>
    </w:p>
    <w:p>
      <w:r>
        <w:t>41 minutes, 16 seconds Second, new residents are not always reached by older congregations, but they're reached by newer congregations. 41 minutes, 24 seconds Some older congregations might require a tenure of 10 years before someone's allowed to take a place in leadership or 41 minutes, 32 seconds influence. But in a new church, new residents tend to find equal power with long-term people in the area. People 41 minutes, 40 seconds continually ask me, even though I've lived here for 10 years, which is not a very long time in this section of town, when are you moving back to California? 41 minutes, 48 seconds And I say, why would I want to do that?</w:t>
      </w:r>
    </w:p>
    <w:p>
      <w:r>
        <w:t>41 minutes, 52 seconds But truly, you know, I'm still one of the newcomers because there's those of you who have been on the Fenton alumni 41 minutes, 59 seconds or Holly alumni and you've been here and your family's been here for three generations. 42 minutes, 6 seconds We need both. Third, there's new socioultural groups. 42 minutes, 12 seconds Oh, on that note of leadership, so anyone in our congregation can join a committee. Doesn't matter how long 42 minutes, 20 seconds you've been in the church, but if you want to serve as a leader, then you need to become a member, which is very easy to do, and I can tell you about that 42 minutes, 29 seconds</w:t>
      </w:r>
    </w:p>
    <w:p>
      <w:r>
        <w:t>later, but you need to become a member for at least a year, and then you can become an elder or deacon. So, as far as the life of the church, you can 42 minutes, 37 seconds participate in anything as a member or as a friend. But if you want to serve in leadership, like chairing a committee or 42 minutes, 45 seconds something like that, then you need to become a member. Okay, moving on. Third, new socioultural groups in a community 42 minutes, 53 seconds are always reached better by newer congregations. For example, in a white collar community, maybe there's or maybe 43 minutes, 1 second like a rural community of farmers, it's more likely that a new church will be receptive to the needs of new residents.</w:t>
      </w:r>
    </w:p>
    <w:p>
      <w:r>
        <w:t>43 minutes, 8 seconds Maybe a new racial ethnic group moves into town and is better reached by a multithnic um church plant from the 43 minutes, 16 seconds start. For example, if an all angllin um neighborhood becomes 30% Hispanic, a new 43 minutes, 23 seconds deliberately biracial church might be more likely to create a cultural space for newcomers than an older church in 43 minutes, 30 seconds town. Finally, brand new immigrant groups nearly always can be reached by churches ministering in their own language. 43 minutes, 39 seconds If you went to another country and you were bilingual, but English was your first language, it feels like home to go into a space where people speak your language.</w:t>
      </w:r>
    </w:p>
    <w:p>
      <w:r>
        <w:t>43 minutes, 50 seconds The other day, we had many members from some of the um refugee um families that were helping. And there's plenty of 43 minutes, 58 seconds things that we could have done to make it easier for them to worship with us, like putting the bulletin in Spanish, for example, translating part of the 44 minutes, 6 seconds service. So, we're able to do some of those things, but still for even for those who were in that group who spoke some English, some of them are fluent, 44 minutes, 15 seconds some of them are not, it was still not a space where it was in their own language. So, it didn't feel as like home as it could have. 44 minutes, 24 seconds</w:t>
      </w:r>
    </w:p>
    <w:p>
      <w:r>
        <w:t>So, you have to be intentional about those things, but often um it's easier to to reach people if you're speaking 44 minutes, 32 seconds their same language. So church um in frontier regions or with unevangelized people in cities often become vibrant 44 minutes, 42 seconds when those churches are planted in a different language. But new churches also reach the unchurched. Dozens of 44 minutes, 50 seconds denominational studies confirm that the average new church gains most of its members 60 to 80% from the ranks of 44 minutes, 58 seconds people who are not currently attending another church worshiping body. While churches over 10 to 15 years of age gain</w:t>
      </w:r>
    </w:p>
    <w:p>
      <w:r>
        <w:t>45 minutes, 7 seconds 80 to 90% of their members by transfer from another congregation or maybe people who lived in another area, 45 minutes, 14 seconds attended another church and then moved to an area. This means that the average new congregation will bring six to eight 45 minutes, 21 seconds times more new people into the life of the body of Christ than an older congregation of the same size. So although established congregations 45 minutes, 30 seconds provide many things that newer churches often cannot, older churches in general will never be as effective at reaching 45 minutes, 38 seconds new people. There's too many institutional pressures as congregations age. There's powerful institutional</w:t>
      </w:r>
    </w:p>
    <w:p>
      <w:r>
        <w:t>45 minutes, 46 seconds things even you know like even us as members that that put up little boundaries that 45 minutes, 54 seconds we don't even realize are walls. And it's natural to a great degree. It's desirable to know what to expect when 46 minutes, 1 second you come into a place. Older churches have stability and steadiness that many people thrive on and need. This doesn't 46 minutes, 10 seconds mean that established churches can't win new people for Christ. In fact, many non-Christians will be reached not only 46 minutes, 17 seconds by churches with long roots in the community, but by new churches, too. 46 minutes, 23 seconds But 90% of people will come to church because somebody asked them. Whether that's in a new church or an existing church. But on the other</w:t>
      </w:r>
    </w:p>
    <w:p>
      <w:r>
        <w:t>46 minutes, 32 seconds hand, new congregations in general are more focused on the needs of newer people. They're also more focused on the 46 minutes, 39 seconds needs of recently, you know, people who are coming to Christ for the first time, not who have been a believer for 20 years. 46 minutes, 49 seconds Also, in the first two years of our Christian life, we have far more close face-to-face relationships with other non-Christians than we do later. How 46 minutes, 57 seconds many people do you know who already attend a church? How many people do you know that don't attend anywhere at all? 47 minutes, 6 seconds The longer you've become a Christian, the more Christian your little circles become.</w:t>
      </w:r>
    </w:p>
    <w:p>
      <w:r>
        <w:t>47 minutes, 12 seconds 47 minutes, 13 seconds So many new Christians find that, you know, coming to a group where everybody's new feels a little newer and 47 minutes, 21 seconds safer. Church planting does though help both new churches and existing churches. 47 minutes, 27 seconds It's a great mistake to think that we have to choose between church planting and church renewal. Strange as it may seem, planting of new churches in the 47 minutes, 36 seconds city is one of the best ways to revitalize older churches as well. 47 minutes, 41 seconds Church planters usually focus on reaching the unchurched. If they're a good church planter, they're not going to go after the sheep in other congregations.</w:t>
      </w:r>
    </w:p>
    <w:p>
      <w:r>
        <w:t>47 minutes, 52 seconds Let me say that again. If they're a good church plant, they're going to go after new people, not existing congregation 47 minutes, 59 seconds members of another church. That doesn't mean that there won't be some people who will feel led to be a part of that movement. And that's wonderful because 48 minutes, 7 seconds we can give leadership to new church plants, too. 48 minutes, 10 seconds But God is able to grow his church in many different ways. If our theology is that man or humanity grows the church, 48 minutes, 19 seconds then we'll be worried about a new church taking away something from us. However, it's a fallacy to believe that one</w:t>
      </w:r>
    </w:p>
    <w:p>
      <w:r>
        <w:t>48 minutes, 26 seconds church's rise is another church's decline. 48 minutes, 30 seconds God will grow all of his churches as healthy churches, and we don't need to fear church plants. It's not going to stop the purpose of God in a 48 minutes, 39 seconds congregation like ours. Third, new church plants can be a rising tide that lifts all boats. That's what Mark 48 minutes, 46 seconds Clifton wrote when he said, "The more churches that are planted in a region, the greater the spiritual impact on that region and the better spiritual 48 minutes, 55 seconds environment for all churches in that region." The reality is is that when you witness a region or a city that's saturated with</w:t>
      </w:r>
    </w:p>
    <w:p>
      <w:r>
        <w:t>49 minutes, 4 seconds churches and church planting, all of the churches start to pursue greater health. 49 minutes, 9 seconds And there's growth among existing churches, too. 49 minutes, 13 seconds Why? It's because existing churches can learn new things. What? What? 49 minutes, 21 seconds There is however no better way than to teach older congregations about new skills and methods for reaching people groups than by planting new churches or having contact with new churches. 49 minutes, 34 seconds In the new churches, they've got freedom to be innovative. So they become kind of like the research and development sort of committee or department for the whole</w:t>
      </w:r>
    </w:p>
    <w:p>
      <w:r>
        <w:t>49 minutes, 42 seconds entire body in the city. And often older congregations had become timid or maybe picking a particular approach that they 49 minutes, 50 seconds know will work rather than trying a bunch of, you know, things like throwing spaghetti on a wall and seeing what works. Want to be sure that what we put 49 minutes, 58 seconds our effort into is going to work. But when the new church in town succeeds with a new method, then other churches also like look at that and they're like, 50 minutes, 7 seconds "Well, maybe we could try something, too." And they get the courage to try it themselves. 50 minutes, 13 seconds We can also learn from new church plants about being creative leaders. In older congregations, leaders tend to emphasize</w:t>
      </w:r>
    </w:p>
    <w:p>
      <w:r>
        <w:t>50 minutes, 21 seconds tradition or tenure, routines, skills outside the church, maybe who they're related to. And new congregations, on 50 minutes, 30 seconds the other hand, attract a higher percentage of venturesome people. You know, entrepreneurs, creatives, people 50 minutes, 36 seconds who like risk or innovation or look towards the future. And many of these men and women might not be attracted to 50 minutes, 44 seconds older churches. Often older churches box people out who have strong leadership skills, but who have gifts that would 50 minutes, 52 seconds otherwise not work within the body. And these leaders eventually benefit all the churches in the city, not just the new</w:t>
      </w:r>
    </w:p>
    <w:p>
      <w:r>
        <w:t>church plants, because they're showing us what it means to be a leader in a new context or when things change. 51 minutes, 8 seconds New church plans also help existing churches in the area of self-examination. 51 minutes, 14 seconds In general, the success of new churches often challenges older congregations to evaluate themselves in substantial ways. 51 minutes, 22 seconds Sometimes it's only in contrast to the new church that the older churches finally define their own vision or 51 minutes, 28 seconds specialties or identity. Often church growth in a new congregation gives older churches hope that it can be done. 51 minutes, 37 seconds And sometimes a new congregation can partner with an older church to create ministries that neither one of them could do by themselves.</w:t>
      </w:r>
    </w:p>
    <w:p>
      <w:r>
        <w:t>51 minutes, 46 seconds 51 minutes, 47 seconds Eventually, some people will choose established churches. A new church often produces converts who end up in uh 51 minutes, 55 seconds existing churches for a variety of reasons. Maybe they don't agree necessarily with the theology of the pastor. Maybe they don't like how often 52 minutes, 4 seconds things change. or maybe the new church like flourished and is going one direction and they're like, "You know what? I really like what this church 52 minutes, 13 seconds over here does with this." A ton of different reasons. But often the growth of a new congregation gives 52 minutes, 20 seconds older churches um new members too because maybe they fit better socioeconomically with another older</w:t>
      </w:r>
    </w:p>
    <w:p>
      <w:r>
        <w:t>52 minutes, 27 seconds church or maybe it feels more like family. ordinarily new churches in a city can produce people not only for 52 minutes, 35 seconds themselves but also for other older bodies as well. 52 minutes, 39 seconds Lastly, um church plants help older congregations think about a kingdom mindset. A new church in the 52 minutes, 46 seconds community usually confronts churches with a major issue, the issue of kingdom-mindedness. 52 minutes, 53 seconds New churches have we, as we've seen, draw most of their members from up to 80% from the ranks of the unchurched. But they'll always attract some people out of existing churches. That's true.</w:t>
      </w:r>
    </w:p>
    <w:p>
      <w:r>
        <w:t>53 minutes, 4 seconds At this point, the existing churches in a sense have a question. How are we going to rejoice in the 80% of new 53 minutes, 12 seconds people that are attending there through that new thing when we lost three families? 53 minutes, 19 seconds What about us? 53 minutes, 22 seconds Well, oftentimes we want to like guard our own little section of institutional turf rather than looking at the overall 53 minutes, 30 seconds health and vitality and prosperity of the kingdom of God in the city. 53 minutes, 36 seconds And any church that's more upset about its own small losses than being grateful for the kingdom gains, the large ones, is only looking</w:t>
      </w:r>
    </w:p>
    <w:p>
      <w:r>
        <w:t>53 minutes, 45 seconds at its own narrow interests. But even so, we've seen the benefits that new church plants offer to older congregations is greater, even if it's not initially obvious. 53 minutes, 57 seconds So, how can we think more like church plants? We need to establish a clearer sense of mission. Church plants define mission and they keep it before them in 54 minutes, 6 seconds everything that they do. Whether it's starting from scratch, almost everything is intentional. the feel of their website, the way that their 54 minutes, 13 seconds nursery system works, the types of ministries, the shape of the worship service, everything that they consider and pour over and pray over is focused</w:t>
      </w:r>
    </w:p>
    <w:p>
      <w:r>
        <w:t>54 minutes, 22 seconds on mission. Many older congregations have gotten, you know, so many programs that have layered upon layered upon 54 minutes, 30 seconds layered that what they're doing is so spread out and they don't have a clear sense of mission. We can learn from church plants about recapturing the focus of our mission. 54 minutes, 40 seconds We can also learn to to re-engage our congregation church plants. Most people are involved in and and um participate 54 minutes, 49 seconds in in older congregations. There's always the 8020 rule. Ever heard of that? 20% of people doing 80% of the 54 minutes, 56 seconds work. Or you might say, you might heard of people saying it like this. Well, I had kids and grandkids. I'm done with</w:t>
      </w:r>
    </w:p>
    <w:p>
      <w:r>
        <w:t>55 minutes, 3 seconds that. Okay. but somebody was there for your kids and grandkids and maybe they don't have other people that are that 55 minutes, 12 seconds could do that for them. So in church plants most of the people 80% of the people are involved in 55 minutes, 19 seconds something in the congregation and new church plants are engaging with culture. We know that things around us 55 minutes, 26 seconds have changed so much even within the last 10 years. And so there's a great deal of work in a church plant that goes into understanding history and context 55 minutes, 35 seconds and how culture has changed and how different generations respond. We have five generations sitting in this room at</w:t>
      </w:r>
    </w:p>
    <w:p>
      <w:r>
        <w:t>55 minutes, 43 seconds this time. Do you know how difficult it is when I make an 80s reference? Like maybe 10% of you understand where that 55 minutes, 51 seconds comes from. No, I'm just kidding. But 55 minutes, 54 seconds 55 minutes, 55 seconds but every once in a while I'll make I'll make references to things from a different time period. The only reason my kids understand anything from the 80s 56 minutes, 3 seconds is because I've made them watch those movies. 56 minutes, 8 seconds Okay, so I was born in the 70s and raised in the 80s. All right, you get it. But as a Gen Xer, there's things 56 minutes, 16 seconds that are with, you know, Gen Y, Z, Millennials, etc., etc. that I don't understand. and that I need my kids and</w:t>
      </w:r>
    </w:p>
    <w:p>
      <w:r>
        <w:t>56 minutes, 25 seconds the kids that are younger than them to understand. But for most of us, whoop, it goes right over our heads. That 56 minutes, 33 seconds doesn't mean that it's not important as the things that happened in the 50s and 60s and 70s. But it's hard to 56 minutes, 40 seconds communicate things without understanding all of those things and kind of bringing everybody into the fray. Okay. 56 minutes, 48 seconds But also, as I said, everybody's engaged. 56 minutes, 52 seconds So there's so many things that we can learn from church planting. Not in a way that like where we put up our hands and 56 minutes, 59 seconds say, "Oh, don't want to hear anything about that, but mostly because it's what Jesus asked us to do." So there's things that can</w:t>
      </w:r>
    </w:p>
    <w:p>
      <w:r>
        <w:t>57 minutes, 7 seconds challenge us. There's places that we can grow, and there's always a place where we can grow in our evangelism, and our 57 minutes, 15 seconds ability to make disciples and become disciples of Jesus. So just leave that portion of your heart open. Amen.</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7" w:lineRule="auto"/>
    </w:pPr>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