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Children’s Message — September 20, 2026</w:t>
      </w:r>
    </w:p>
    <w:p>
      <w:r>
        <w:rPr>
          <w:i/>
          <w:sz w:val="18"/>
        </w:rPr>
        <w:t>Minimally cleaned transcript — timestamps, non-spoken audio markers, and obvious music-recognition artifacts removed. Spoken wording, repetitions, fillers, and conversational phrasing are preserved.</w:t>
      </w:r>
    </w:p>
    <w:p>
      <w:r>
        <w:t>Now, we've been preaching through a series on evangelism. 26 minutes, 11 seconds Oh, you want to do something else? We could do that. 26 minutes, 17 seconds It's time for time with children 26 minutes, 19 seconds 26 minutes, 21 seconds now. I saw one child down there. Caleb, do you have any others? 26 minutes, 29 seconds Okay. Hey, come on. Sit over here. Sit on this side. You don't have to sit that far away. 26 minutes, 36 seconds How are you? 26 minutes, 38 seconds Hey, I wanted to I was thinking Jesus talked about how the kingdom of God was like a mustard seed and a lot of times 26 minutes, 46 seconds we talk about our faith being seeds. So, look what I got. What's that?</w:t>
      </w:r>
    </w:p>
    <w:p>
      <w:r>
        <w:t>26 minutes, 55 seconds It's a plant. What kind of plant is it? It's basil. That's right. And you could make pesto with it. You can put it in your pasta. You can What? What's that? 27 minutes, 6 seconds tomatoes and and cheese and what's that called? Caprizzi. Yes. Oh, that's pretty good. 27 minutes, 13 seconds So, can you hold that for a second now? 27 minutes, 16 seconds Don't spill it. Those are little tiny seeds. So, if we were to plant a seed, what do we need? 27 minutes, 23 seconds You need water. What do you Well, what do you got to plant the seed in? 27 minutes, 27 seconds Soil. Okay. All right. So, I got a cup and I put some soil in it. So, what do you do?</w:t>
      </w:r>
    </w:p>
    <w:p>
      <w:r>
        <w:t>27 minutes, 37 seconds Do you got to make a hole? Yeah. Yeah. 27 minutes, 39 seconds Okay. So, we Yeah. Got to get a hole in there, right? And a lot of times when people talk about planting, sometimes they talk about praying as the same way. 27 minutes, 51 seconds We pray kind of like we garden. 27 minutes, 55 seconds Oh, is it working here? Let's see. This might be a mess. Might not. 28 minutes, 2 seconds Let's see. Can you see seeds in there? 28 minutes, 5 seconds Look at those tiny seeds. And why don't you pour a few in there? You want me to do it? 28 minutes, 12 seconds Okay. So, this is kind of like praying. 28 minutes, 15 seconds Except sometimes praying is hard. There we go. All right. And then what do we do?</w:t>
      </w:r>
    </w:p>
    <w:p>
      <w:r>
        <w:t>28 minutes, 23 seconds We just let it be and it's going to grow. Sunlight and water. But and air. 28 minutes, 33 seconds Right. Just like a combustion engine. 28 minutes, 36 seconds No. But don't you have to like cover the seeds? 28 minutes, 41 seconds Do you have to do that or you just lay them on there? You kind of have to take care of them, right? That's kind of like our faith, right? We take care of it. 28 minutes, 50 seconds Okay. And we kind of put it to bed right there. Okay. Now, what do we got to do? 28 minutes, 57 seconds What's next? What's the next step? 29 minutes, 2 seconds Will we put it outside or just like that? 29 minutes, 5 seconds</w:t>
      </w:r>
    </w:p>
    <w:p>
      <w:r>
        <w:t>We need We need soil. We got soil. We covered up with soil. You said we need water. So, I got some water here. Here we go. 29 minutes, 14 seconds Want to put a little water in it? Here we go. So, we'll water it. And that's kind of like what does it do? Is it going to feed? 29 minutes, 24 seconds Maybe not the whole thing. We could drown it, couldn't we? But yeah, maybe this dirt was not the best kind of dirt. 29 minutes, 32 seconds Well, we'll see because the water's supposed to sink into the dirt, right? 29 minutes, 36 seconds And it's going to take a while. But that's part of gardening. And that's one of the ways that we talk about how um 29 minutes, 46 seconds</w:t>
      </w:r>
    </w:p>
    <w:p>
      <w:r>
        <w:t>put it by the window. Yeah. We're going to go find a good window to put this by. 29 minutes, 53 seconds Right. It'll grow a little thing. Right. So, that's how we plant a seed. Now, I want to show you something that's that's kind of funny. Maybe funny. 30 minutes, 6 seconds Maybe gross. I found something, too, that's growing. 30 minutes, 13 seconds Look at this. Do you know what this is? It's a potato. 30 minutes, 20 seconds Does it look like a potato you want to eat? 30 minutes, 24 seconds It looks like a poisonous potato. Yeah, cuz it's all kind of shriveled and moldy and there's green things growing out of it. But do you know what's so funny is</w:t>
      </w:r>
    </w:p>
    <w:p>
      <w:r>
        <w:t>30 minutes, 32 seconds that that little little seed, the little basil seed, that'll grow into a basil plant hopefully. And this potato, even 30 minutes, 39 seconds though it's kind of gross, if I put this in the ground, you know what will happen? 30 minutes, 46 seconds Can you guess? It'll grow into a potato plant. It's really amazing. And and that's what's fun too is that our faith 30 minutes, 55 seconds and Jesus in our lives sometimes it's we start from the beginning like this and 31 minutes, 2 seconds sometimes it might look a little gross but God grows people in all sorts of 31 minutes, 9 seconds ways and it's pretty amazing. Look at that water. So hey we're going to go find a good place to put this cup. Okay.</w:t>
      </w:r>
    </w:p>
    <w:p>
      <w:r>
        <w:t>31 minutes, 17 seconds So we're going to see if there's a window sill but not not in the sanctuary. We're going to go in the probably the fellowship hall. Okay. Are we ready? You want you pick up the pick 31 minutes, 26 seconds up our cup and we'll go into the fellowship hall. All right. You want to pick that up 31 minutes, 44 seconds to be continued. Right.</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