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Sermon — The Great Commission — September 13, 2026</w:t>
      </w:r>
    </w:p>
    <w:p>
      <w:pPr>
        <w:jc w:val="center"/>
      </w:pPr>
      <w:r>
        <w:rPr>
          <w:i/>
          <w:sz w:val="20"/>
        </w:rPr>
        <w:t>Minimally Cleaned Transcript</w:t>
      </w:r>
    </w:p>
    <w:p>
      <w:r>
        <w:t>Yeah, we got to move around a little bit. Okay, we are starting a new series. Um, frankly, last spring several people said, "Hey, we should talk about the great commission." So, here we are. We're going to talk about the great commission. It is the last chapter of Matthew, Matthew 28. It's the last paragraph of the Gospel of Matthew. This is the spot where Jesus tells his disciples what to do. And it's kind of the uh the uh the sending out of the disciples. Now, if we look at the scripture, it says there's 11 disciples. You all remember why there's 11, right? There's some horrible jokes here that I'll tell in the fellowship hall, but not now. Um, and there is also they say they they saw Jesus, they worshiped him, and they doubted.</w:t>
      </w:r>
    </w:p>
    <w:p>
      <w:r>
        <w:t>So, not only are they experiencing some kind of decline because there's not 12 of them like there was before, they're also experiencing doubt. And so, they're not the um shiny, happy people that are ready to go out into the world because um well, one, they're still grieving their friend who was not here anymore, Judas. And also they're doubting the teacher and the leader, the savior that they professed belief in. That that that's those are interesting details right there. And I believe that sometimes when we say the the word, are you all sitting down? You all ready? This is the word evangelism. Sometimes we feel like, oh my goodness, that's not something we want to talk about. Well, the disciples probably weren't in a great spot to really think about it as well. They were down a team member. They weren't really sure if they actually believed all this stuff.</w:t>
      </w:r>
    </w:p>
    <w:p>
      <w:r>
        <w:t>And then Jesus says, "I have all authority that's been given to me over heaven and earth." That's an interesting line. We're going to get to that for in a second. But then Jesus says three things. Do three things. He says go. And then he says make disciples and baptize. And then what's the what's the next one? And teach, right? Teach uh all the things I've commanded you to do. So those three things I of course somebody probably has organized them in a different way but go disciple and baptize and teach. Which one of those things in your minds are hard? Teach. Teaching is hard. Going. Is there anyone that's most hard? What's making disciples is the hardest sometimes we have we have these things in um if we think about teaching.</w:t>
      </w:r>
    </w:p>
    <w:p>
      <w:r>
        <w:t>Do you know do you know the uh the hierog hieroglyphic the Egyptian hieroglyphic for teacher? Do you know what that is? It's a guy that looks like this and he has a stick. Oh that that so teachers all you teachers. Yeah. Um, teaching, that's one challenge. Teaching the way a child should go. Teaching a a a philosophy, a method. I wonder if that's maybe the easier one to do. I wonder because if we teach, especially now, we teach, we could be an example of the way Jesus does things. We can share and read the words of Jesus. We can try to do the works of Jesus. And if you spend time in the church community or around Christians, you get a sense of that. You might learn by osmosis a little bit of what being a Christian is. Sure.</w:t>
      </w:r>
    </w:p>
    <w:p>
      <w:r>
        <w:t>But it's interesting too about making disciples and baptizing to me. Um well that's something an institution does right because I don't make disciples of myself and if I did somebody please hit me over the head and drag me away cuz that's silly. We make disciples of Jesus. We want people to follow Jesus not follow Pastor Robbie not follow a Presbyterian way. We want them to follow Jesus. And there's lots of reasons for that. But baptizing too, especially Presbyterian, but frankly any kind of Christian baptism, you're baptized into something into a community. So there's an institutional feature to that. So we're supposed to teach a way. we're supposed to to some degree support an institution which is really interesting because you know you know some there's some people clearly not you because you're here but some people would suggest well I can be a Christian without a church maybe not I don't know I wonder how that relates to this sentence of disciple and baptize people in the name of the father son and the holy spirit As a little side note, it's interesting that formula, the triune formula, father, son, and holy spirit is a connective point for Christians um of different denominations because certain things are said at at baptisms and certain things are done. And so if you've been baptized in a um I might need some new batteries.</w:t>
      </w:r>
    </w:p>
    <w:p>
      <w:r>
        <w:t>If we could get some down here. I'm cutting out. But if if we've if you've been baptized in a certain church that's not a Presbyterian church and you wonder, does does my baptism count? Well, in our particular place in the world in Christian life, uh if you've been baptized in the in the name of the Father, Son, and Holy Spirit, yes, it does. Whether you've been baptized in a Catholic church or a uh a Pentecostal church, that's a a a sign of connectivity and a sign of the the the connection to the church universal. But then there's go. I don't know. I wonder for all of us who have a [snorts] um indention in our couches that might be the hardest. Go. Because going is a challenge. Travel is a challenge.</w:t>
      </w:r>
    </w:p>
    <w:p>
      <w:r>
        <w:t>And sometimes even connecting with people we're uncomfortable with can be a challenge. But I want to quickly suggest that going doesn't necessarily mean getting on a plane and going to um darkest Peru. Uh there was a a a lady I think about the time that I met her she was 92. I don't think she's 92 any longer um because that was many years ago. But she wanted to go and she the only problem was she lived across the street from her church in in the old folks home and sometimes just getting the street was a challenge. So, how did she Well, she started a Bible study with her formates in in the home she was in and she worked with the church to try to make it a perpetual thing. And some it was really a cool thing hitting a community and going.</w:t>
      </w:r>
    </w:p>
    <w:p>
      <w:r>
        <w:t>So I wonder if the going part isn't as much of a challenge if we think about how we can go. But what is the real issue here? What what is the real struggle to go to disciple and baptize and to teach? Doing it. [laughter] Doing it. actually doing it. Well, I think I wonder if some of it is what are we doing in a broad sense and that is in my mind it has something to do with the gospel. And so in these next few seconds, would you please define the gospel for me? Okay. What is it? News of God's character. News that's good. Jesus is life. Teachings of Christ. Yeah. Pardon. Conquered death. Oh, for me? Oh, okay. Um, yes. But is what you just said good enough for someone to change their life completely?</w:t>
      </w:r>
    </w:p>
    <w:p>
      <w:r>
        <w:t>This is interesting because here we have the disciples who are getting ready to become apostles, those who are sent, and they're down a man. They're doubting and they have Jesus say, "Hey, I've got all this stuff you need to go." What is the news that is so good that we would salvation? Now, that's an interesting word, too. And there's hope. Can you put it in an elevator speech like the 30 seconds and make it compelling? So, we have to Okay. So, we have to show and work hard. What were you going to say? Okay. And what was that? Yeah. You'll never die. Okay. Yeah. Uh that that sounds really suspiciously like Romans 10. If if you believe if you confess with your mouth that Jesus is Lord and believe in your heart that God raised him from the dead, you shall be saved. Yeah.</w:t>
      </w:r>
    </w:p>
    <w:p>
      <w:r>
        <w:t>Does that is that compelling? Will that work on a YouTube uh reel or whatever they call them nowadays? It's interesting because it's hard to define the gospel in a compelling way because many of us who have been here since um you know some of us who taught Jesus in Sunday school uh and Moses has been here for so long. It's a part of us and it connects with us. But to communicate it in a way that is compelling to someone who doesn't know what you're talking about. Oh, thank you so much. That's the challenge. So, as I change these batteries, please think a Okay, there we go. Now, there are the gospel is kind of like a black hole. It can be very tiny, but it's really, really dense because it has so much. All of the things you mentioned are a part of the gospel.</w:t>
      </w:r>
    </w:p>
    <w:p>
      <w:r>
        <w:t>One of the things uh a fellow named NT Wright who happens to be a professor in um the UK and is a was a bishop of Durham at one point too. I'm not exactly sure what that means um where Durham is, but he's he's a a smart guy. He was suggesting that when the disciples were preaching the good news, they were using this format of communication that really struck a chord because the good news the uh evangelical the the evan the evangel in Greek is the egon boy opens. Where's Jim Foster when I need him? um in Greek I won't try to pronounce the word but it means a good announcement and of course that Greek word was also used in the Old Testament and in the Old Testament they spoke Hebrew most of the time um and that word was basar and the the the noun would be um basing that right but that was an announcement that somebody who is representing the king would make as for instance if there was a battle that was won a basar the announcer would make a basara saying hey the king is still on the throne we're successful and our n everything is good we won that's an interesting setup isn't it Because there's this sense that not just, oh, this is good news for you, but it is good news for everything and everyone.</w:t>
      </w:r>
    </w:p>
    <w:p>
      <w:r>
        <w:t>And there's a political aspect to it because in the Roman world, guess what? The Romans had these kinds of announcements, too. But this was an announcement that Jesus won. That God's kingdom has come into the world and it's okay. Everything is going to be right and be made right. So there's this bigger message of not just there's going to be it's eternal kingdom and that you can be a part of it but God is in control of all things and it is all right. Someone said to me about the topic of salvation really interesting because we tend to think salvation is uh well it's a Sunday school word right? Salvation is when we've memorized enough Bible verses and we get, you know, that that little ticket to get to go over there to get a get a prize. And there's something more there. And it's somebody explained it to me with salvation means safety, which is interesting because we are saved, right? And their salvation uh is is the the conduit of our being saved.</w:t>
      </w:r>
    </w:p>
    <w:p>
      <w:r>
        <w:t>And once we're saved, we're safe. Are we getting to some good news? Is that compelling that? Wait a minute. All these things that we worry about, have you looked at the news recently? Sometimes, uh, yeah, sometimes we need to turn it off a little bit. It can be really bad. And sometimes it can be okay. But then have have you looked in the mirror recently? Somehow my beard turned gray and I lost all my hair. I'm getting older and and my kids are getting older and there's different challenges happening and I I I don't know if I'm up for it to be able to be um wise enough to figure out all the challenges that are happening with kids and family and um car repairs, all sorts of stuff. Life can be kind of stressful.</w:t>
      </w:r>
    </w:p>
    <w:p>
      <w:r>
        <w:t>But we're safe and we can say if God's kingdom is coming and has come, we're safe and it'll be okay in a real way. Not just they're there, it'll be okay. No, I know it's going to be okay somehow somewhere. I I know. And of course, you go even further. I know who is going to make it okay. And that's Jesus. And why? Because I believe just what we celebrate on this table even just last week that Jesus died and somebody said it conquered death. Oh boy. Can you imagine that? That royal announcement, even death has been conquered. That's some good news. Finding a way to communicate all of that in a couple sentences is a challenge. It really is. But I think working through that, finding our sense of confidence in this good news leads us to more comfortably be able to teach and to disciple and baptize and to go. But I want to leave you with one other story, maybe to make it a little easier. maybe this guy named Alistair Beg. He's a preacher. Um, uh, and he's got a Scottish accent and he's on YouTube. Um, but he tells this story and he tells it and he's trying to be funny, but to me the story is profound.</w:t>
      </w:r>
    </w:p>
    <w:p>
      <w:r>
        <w:t>Do you remember when Jesus was on the cross? He was in the middle and there were two other people and they were dying on the cross, too. And then G they they they get to talking. And if you step back a little bit, it is a little silly to think here I am hanging up in this torture chamber and I'm talking to the guy next to me, but it happened. And so there's there's uh it doesn't start off very well. They're kind of rude and obnoxious. And finally, but one of them says, "But wait a minute. This guy didn't do anything wrong and we did." And they have a conversation and Jesus says, "I will see you in paradise." And then they die. while Alistister begs suggests this this preacher suggests and he gets to heaven and he is um he's there at the gates and he says okay I'm here and said the angels say um what so why are you here and he says uh I I don't know so do you know where you are no it's better than where I does.</w:t>
      </w:r>
    </w:p>
    <w:p>
      <w:r>
        <w:t>And this guy has absolutely no idea what's going on. So the angel says, "Okay, come here. I'm going to get you out of line. We'll sit you right here." Say, "Okay. Um, so tell me about um your your your your doctrine of of atonement." Huh? What about your theology of scripture? What um what what what did you you know what what what uh Council of Nika the Nyian Creed the Apostles Creed did you not ringing a bell he says well buddy do you know why you're here and the guy says uh cuz the man on the middle cross said I could be here and that boils it down for me in a powerful way. The guy on the cross in the middle said I could be here. So much of the gospel is recognizing that is free and it is not about who we are and what we have done but what Jesus has done. And that's pretty radical because I can say that about myself, but I need to recognize too that it's not about who you are or what you have done that allows you to be here sitting in grace. No, it's that wait a minute.</w:t>
      </w:r>
    </w:p>
    <w:p>
      <w:r>
        <w:t>Jesus has grace for me and Jesus has grace for you. Yes. And that's a big part of the great commission. We go. Why? Because Jesus loves us and those people. I should say not just those people, but all people. Because what does he where does he ask us to go? To the neighborhood, to the cities, to all nations. Wow. Why is it that we get to be in a place of grace? Because the guy in the middle said we could. And that's the same logic of why all nations can be in this place of grace. We could talk for hours and hours and hours about this, but for now we're going to stop it because we have we have about six weeks of talking about various aspects of this. So for now, friends, thank you so much for listening and God bless you.</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